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BBD50" w14:textId="77777777" w:rsidR="004957DD" w:rsidRDefault="00000000">
      <w:pPr>
        <w:spacing w:after="0"/>
        <w:jc w:val="center"/>
      </w:pPr>
      <w:r>
        <w:rPr>
          <w:b/>
        </w:rPr>
        <w:t>UNIVERSITATEA TEHNICĂ A MOLDOVEI</w:t>
      </w:r>
    </w:p>
    <w:p w14:paraId="383A8C44" w14:textId="77777777" w:rsidR="004957DD" w:rsidRDefault="00000000">
      <w:pPr>
        <w:spacing w:after="160"/>
        <w:jc w:val="center"/>
      </w:pPr>
      <w:r>
        <w:rPr>
          <w:b/>
        </w:rPr>
        <w:t>ȘCOALA DOCTORALĂ UTM</w:t>
      </w:r>
    </w:p>
    <w:p w14:paraId="3923DD40" w14:textId="77777777" w:rsidR="004957DD" w:rsidRDefault="00000000">
      <w:pPr>
        <w:spacing w:after="0"/>
        <w:jc w:val="right"/>
      </w:pPr>
      <w:r>
        <w:rPr>
          <w:b/>
        </w:rPr>
        <w:t>APROBAT</w:t>
      </w:r>
    </w:p>
    <w:p w14:paraId="2FEBC435" w14:textId="77777777" w:rsidR="004957DD" w:rsidRDefault="00000000">
      <w:pPr>
        <w:spacing w:after="0"/>
        <w:jc w:val="right"/>
      </w:pPr>
      <w:r>
        <w:t>la ședința Consiliului Școlii Doctorale, PV nr. ____ din __________</w:t>
      </w:r>
    </w:p>
    <w:p w14:paraId="02D2E493" w14:textId="77777777" w:rsidR="004957DD" w:rsidRDefault="004957DD">
      <w:pPr>
        <w:spacing w:after="160"/>
        <w:jc w:val="right"/>
      </w:pPr>
    </w:p>
    <w:p w14:paraId="6F977B2B" w14:textId="77777777" w:rsidR="004957DD" w:rsidRDefault="00000000">
      <w:pPr>
        <w:spacing w:after="0"/>
        <w:jc w:val="center"/>
      </w:pPr>
      <w:r>
        <w:rPr>
          <w:b/>
          <w:sz w:val="26"/>
        </w:rPr>
        <w:t>PLANUL INDIVIDUAL AL STUDENTULUI-DOCTORAND</w:t>
      </w:r>
    </w:p>
    <w:p w14:paraId="215D216D" w14:textId="77777777" w:rsidR="004957DD" w:rsidRDefault="00000000">
      <w:pPr>
        <w:jc w:val="center"/>
      </w:pPr>
      <w:r>
        <w:rPr>
          <w:color w:val="000000"/>
        </w:rPr>
        <w:t>program de pregătire avansată și program individual de cercetare științifică</w:t>
      </w:r>
    </w:p>
    <w:p w14:paraId="0CD8264C" w14:textId="77777777" w:rsidR="004957DD" w:rsidRPr="0015166E" w:rsidRDefault="00000000">
      <w:pPr>
        <w:rPr>
          <w:rFonts w:cs="Times New Roman"/>
          <w:sz w:val="24"/>
          <w:szCs w:val="24"/>
        </w:rPr>
      </w:pPr>
      <w:r w:rsidRPr="0015166E">
        <w:rPr>
          <w:i/>
          <w:color w:val="0070C0"/>
          <w:sz w:val="20"/>
        </w:rPr>
        <w:t xml:space="preserve">Model recomandat de Școala Doctorală </w:t>
      </w:r>
      <w:r>
        <w:rPr>
          <w:i/>
          <w:sz w:val="20"/>
        </w:rPr>
        <w:t>(Consiliul Școlii Doctorale, ședința din 15.05.2025). Conducătorul de doctorat poate utiliza propria structură a planului individual. Modulele și activitățile se stabilesc de conducătorul de doctorat (HG 1007, pct. 146 și 152). Planul individual, aprobat de Consiliul Școlii Doctorale, este obligatoriu pentru studentul-</w:t>
      </w:r>
      <w:r w:rsidRPr="0015166E">
        <w:rPr>
          <w:rFonts w:cs="Times New Roman"/>
          <w:i/>
          <w:sz w:val="24"/>
          <w:szCs w:val="24"/>
        </w:rPr>
        <w:t>doctorand.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953"/>
      </w:tblGrid>
      <w:tr w:rsidR="004957DD" w:rsidRPr="0015166E" w14:paraId="4AFBE929" w14:textId="77777777">
        <w:trPr>
          <w:jc w:val="center"/>
        </w:trPr>
        <w:tc>
          <w:tcPr>
            <w:tcW w:w="3685" w:type="dxa"/>
          </w:tcPr>
          <w:p w14:paraId="5B41E0F6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Numele, prenumele doctorandului</w:t>
            </w:r>
          </w:p>
        </w:tc>
        <w:tc>
          <w:tcPr>
            <w:tcW w:w="5953" w:type="dxa"/>
          </w:tcPr>
          <w:p w14:paraId="096035C8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7A94D284" w14:textId="77777777">
        <w:trPr>
          <w:jc w:val="center"/>
        </w:trPr>
        <w:tc>
          <w:tcPr>
            <w:tcW w:w="3685" w:type="dxa"/>
          </w:tcPr>
          <w:p w14:paraId="3D2CA9E1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color w:val="000000"/>
                <w:sz w:val="24"/>
                <w:szCs w:val="24"/>
              </w:rPr>
              <w:t>Domeniul de studii la doctorat (cod, HG 412/2024)</w:t>
            </w:r>
          </w:p>
        </w:tc>
        <w:tc>
          <w:tcPr>
            <w:tcW w:w="5953" w:type="dxa"/>
          </w:tcPr>
          <w:p w14:paraId="757DEA5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6CC05223" w14:textId="77777777">
        <w:trPr>
          <w:jc w:val="center"/>
        </w:trPr>
        <w:tc>
          <w:tcPr>
            <w:tcW w:w="3685" w:type="dxa"/>
          </w:tcPr>
          <w:p w14:paraId="3A5CFEF9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Specialitatea științifică (cifru, HG 199/2013)</w:t>
            </w:r>
          </w:p>
        </w:tc>
        <w:tc>
          <w:tcPr>
            <w:tcW w:w="5953" w:type="dxa"/>
          </w:tcPr>
          <w:p w14:paraId="1CAE7B63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5E6BF33A" w14:textId="77777777">
        <w:trPr>
          <w:jc w:val="center"/>
        </w:trPr>
        <w:tc>
          <w:tcPr>
            <w:tcW w:w="3685" w:type="dxa"/>
          </w:tcPr>
          <w:p w14:paraId="291C0C5E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Forma de organizare</w:t>
            </w:r>
          </w:p>
        </w:tc>
        <w:tc>
          <w:tcPr>
            <w:tcW w:w="5953" w:type="dxa"/>
          </w:tcPr>
          <w:p w14:paraId="34132B2C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color w:val="000000"/>
                <w:sz w:val="24"/>
                <w:szCs w:val="24"/>
              </w:rPr>
              <w:t>cu frecvență (3 ani) / cu frecvență redusă (4 ani)</w:t>
            </w:r>
          </w:p>
        </w:tc>
      </w:tr>
      <w:tr w:rsidR="004957DD" w:rsidRPr="0015166E" w14:paraId="4697A7A1" w14:textId="77777777">
        <w:trPr>
          <w:jc w:val="center"/>
        </w:trPr>
        <w:tc>
          <w:tcPr>
            <w:tcW w:w="3685" w:type="dxa"/>
          </w:tcPr>
          <w:p w14:paraId="6E5ED368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 xml:space="preserve">Data înmatriculării; ordinul </w:t>
            </w:r>
            <w:proofErr w:type="gramStart"/>
            <w:r w:rsidRPr="0015166E">
              <w:rPr>
                <w:rFonts w:cs="Times New Roman"/>
                <w:b/>
                <w:sz w:val="24"/>
                <w:szCs w:val="24"/>
              </w:rPr>
              <w:t>nr./</w:t>
            </w:r>
            <w:proofErr w:type="gramEnd"/>
            <w:r w:rsidRPr="0015166E">
              <w:rPr>
                <w:rFonts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5953" w:type="dxa"/>
          </w:tcPr>
          <w:p w14:paraId="46E126BB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2AA69FD8" w14:textId="77777777">
        <w:trPr>
          <w:jc w:val="center"/>
        </w:trPr>
        <w:tc>
          <w:tcPr>
            <w:tcW w:w="3685" w:type="dxa"/>
          </w:tcPr>
          <w:p w14:paraId="4306A135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Conducătorul de doctorat</w:t>
            </w:r>
          </w:p>
        </w:tc>
        <w:tc>
          <w:tcPr>
            <w:tcW w:w="5953" w:type="dxa"/>
          </w:tcPr>
          <w:p w14:paraId="7063404C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i/>
                <w:sz w:val="24"/>
                <w:szCs w:val="24"/>
              </w:rPr>
              <w:t>Numele, prenumele, gradul și titlul științific</w:t>
            </w:r>
          </w:p>
        </w:tc>
      </w:tr>
      <w:tr w:rsidR="004957DD" w:rsidRPr="0015166E" w14:paraId="710C53EA" w14:textId="77777777">
        <w:trPr>
          <w:jc w:val="center"/>
        </w:trPr>
        <w:tc>
          <w:tcPr>
            <w:tcW w:w="3685" w:type="dxa"/>
          </w:tcPr>
          <w:p w14:paraId="554EDB16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Comisia de îndrumare</w:t>
            </w:r>
          </w:p>
        </w:tc>
        <w:tc>
          <w:tcPr>
            <w:tcW w:w="5953" w:type="dxa"/>
          </w:tcPr>
          <w:p w14:paraId="4D37CEFB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1. _______________</w:t>
            </w:r>
            <w:proofErr w:type="gramStart"/>
            <w:r w:rsidRPr="0015166E">
              <w:rPr>
                <w:rFonts w:cs="Times New Roman"/>
                <w:sz w:val="24"/>
                <w:szCs w:val="24"/>
              </w:rPr>
              <w:t>_  2</w:t>
            </w:r>
            <w:proofErr w:type="gramEnd"/>
            <w:r w:rsidRPr="0015166E">
              <w:rPr>
                <w:rFonts w:cs="Times New Roman"/>
                <w:sz w:val="24"/>
                <w:szCs w:val="24"/>
              </w:rPr>
              <w:t>. _______________</w:t>
            </w:r>
            <w:proofErr w:type="gramStart"/>
            <w:r w:rsidRPr="0015166E">
              <w:rPr>
                <w:rFonts w:cs="Times New Roman"/>
                <w:sz w:val="24"/>
                <w:szCs w:val="24"/>
              </w:rPr>
              <w:t>_  3</w:t>
            </w:r>
            <w:proofErr w:type="gramEnd"/>
            <w:r w:rsidRPr="0015166E">
              <w:rPr>
                <w:rFonts w:cs="Times New Roman"/>
                <w:sz w:val="24"/>
                <w:szCs w:val="24"/>
              </w:rPr>
              <w:t>. ________________</w:t>
            </w:r>
          </w:p>
        </w:tc>
      </w:tr>
      <w:tr w:rsidR="004957DD" w:rsidRPr="0015166E" w14:paraId="1AF63F60" w14:textId="77777777">
        <w:trPr>
          <w:jc w:val="center"/>
        </w:trPr>
        <w:tc>
          <w:tcPr>
            <w:tcW w:w="3685" w:type="dxa"/>
          </w:tcPr>
          <w:p w14:paraId="00FC24F5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Tema tezei de doctorat</w:t>
            </w:r>
          </w:p>
        </w:tc>
        <w:tc>
          <w:tcPr>
            <w:tcW w:w="5953" w:type="dxa"/>
          </w:tcPr>
          <w:p w14:paraId="64228286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1802627" w14:textId="77777777" w:rsidR="0015166E" w:rsidRPr="0015166E" w:rsidRDefault="0015166E">
      <w:pPr>
        <w:spacing w:after="80"/>
        <w:rPr>
          <w:rFonts w:cs="Times New Roman"/>
          <w:b/>
          <w:sz w:val="24"/>
          <w:szCs w:val="24"/>
        </w:rPr>
      </w:pPr>
    </w:p>
    <w:p w14:paraId="73EA0C01" w14:textId="76FCF641" w:rsidR="004957DD" w:rsidRPr="0015166E" w:rsidRDefault="00000000">
      <w:pPr>
        <w:spacing w:after="8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1. BAZA CONCEPTUALĂ ȘI PLANUL DE ACTIVITATE</w:t>
      </w:r>
    </w:p>
    <w:p w14:paraId="74DB832A" w14:textId="77777777" w:rsidR="004957DD" w:rsidRPr="0015166E" w:rsidRDefault="00000000">
      <w:pPr>
        <w:spacing w:after="2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1.1. Actualitatea și importanța problemei abordate</w:t>
      </w:r>
    </w:p>
    <w:p w14:paraId="2443C564" w14:textId="79F09EE7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56F84CCB" w14:textId="531037AA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0EA6DBD2" w14:textId="77777777" w:rsidR="004957DD" w:rsidRPr="0015166E" w:rsidRDefault="00000000">
      <w:pPr>
        <w:spacing w:after="2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1.2. Scopul și obiectivele cercetării (Obiectivul 1, 2, 3, 4)</w:t>
      </w:r>
    </w:p>
    <w:p w14:paraId="324BB320" w14:textId="30344DEC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1D239012" w14:textId="619E366B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785AB3EA" w14:textId="77777777" w:rsidR="004957DD" w:rsidRPr="0015166E" w:rsidRDefault="00000000">
      <w:pPr>
        <w:spacing w:after="2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1.3. Materiale și metode de cercetare preconizate</w:t>
      </w:r>
    </w:p>
    <w:p w14:paraId="4AB50CBF" w14:textId="0D9A7EFD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1EB6D514" w14:textId="7B067AC3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67192400" w14:textId="77777777" w:rsidR="004957DD" w:rsidRPr="0015166E" w:rsidRDefault="00000000">
      <w:pPr>
        <w:spacing w:after="2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1.4. Rezultatele preconizate</w:t>
      </w:r>
    </w:p>
    <w:p w14:paraId="4A86F5A2" w14:textId="42A0764A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368A1554" w14:textId="20E6BA7E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6A610A4F" w14:textId="77777777" w:rsidR="004957DD" w:rsidRPr="0015166E" w:rsidRDefault="00000000">
      <w:pPr>
        <w:spacing w:after="2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1.5. Noutatea științifică</w:t>
      </w:r>
    </w:p>
    <w:p w14:paraId="27D56DE4" w14:textId="4E8D43CC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41E57A9A" w14:textId="1C6EC2A7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63C556B3" w14:textId="77777777" w:rsidR="0015166E" w:rsidRPr="0015166E" w:rsidRDefault="0015166E">
      <w:pPr>
        <w:spacing w:after="80"/>
        <w:rPr>
          <w:rFonts w:cs="Times New Roman"/>
          <w:b/>
          <w:color w:val="000000"/>
          <w:sz w:val="24"/>
          <w:szCs w:val="24"/>
        </w:rPr>
      </w:pPr>
    </w:p>
    <w:p w14:paraId="0D5D0F03" w14:textId="77777777" w:rsidR="0015166E" w:rsidRPr="0015166E" w:rsidRDefault="0015166E">
      <w:pPr>
        <w:spacing w:after="80"/>
        <w:rPr>
          <w:rFonts w:cs="Times New Roman"/>
          <w:b/>
          <w:color w:val="000000"/>
          <w:sz w:val="24"/>
          <w:szCs w:val="24"/>
        </w:rPr>
      </w:pPr>
    </w:p>
    <w:p w14:paraId="18E2D052" w14:textId="77777777" w:rsidR="0015166E" w:rsidRPr="0015166E" w:rsidRDefault="0015166E">
      <w:pPr>
        <w:spacing w:after="80"/>
        <w:rPr>
          <w:rFonts w:cs="Times New Roman"/>
          <w:b/>
          <w:color w:val="000000"/>
          <w:sz w:val="24"/>
          <w:szCs w:val="24"/>
        </w:rPr>
      </w:pPr>
    </w:p>
    <w:p w14:paraId="1B9D3752" w14:textId="03C432F0" w:rsidR="004957DD" w:rsidRPr="0015166E" w:rsidRDefault="00000000">
      <w:pPr>
        <w:spacing w:after="8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color w:val="000000"/>
          <w:sz w:val="24"/>
          <w:szCs w:val="24"/>
        </w:rPr>
        <w:lastRenderedPageBreak/>
        <w:t>2. PROGRAMUL DE PREGĂTIRE AVANSATĂ – ANUL I (60 ECTS)</w:t>
      </w:r>
    </w:p>
    <w:p w14:paraId="7960024D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color w:val="000000"/>
          <w:sz w:val="24"/>
          <w:szCs w:val="24"/>
        </w:rPr>
        <w:t>Modulele se aleg de conducătorul de doctorat din oferta Școlii Doctorale (Planul de învățământ); pentru Modulele 7–8 se indică denumirea disciplinei de specialitate. Creditele obținute anterior (master, stagii) pot fi transferate, la propunerea conducătorului, cu aprobarea Consiliului ȘD. [HG 1007, pct. 145–146; REG-14-ESTD, pct. 75–76, 82]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4535"/>
        <w:gridCol w:w="850"/>
        <w:gridCol w:w="624"/>
        <w:gridCol w:w="1928"/>
        <w:gridCol w:w="1191"/>
      </w:tblGrid>
      <w:tr w:rsidR="004957DD" w:rsidRPr="0015166E" w14:paraId="4341E20D" w14:textId="77777777">
        <w:trPr>
          <w:jc w:val="center"/>
        </w:trPr>
        <w:tc>
          <w:tcPr>
            <w:tcW w:w="510" w:type="dxa"/>
            <w:shd w:val="clear" w:color="auto" w:fill="D9E2F3"/>
          </w:tcPr>
          <w:p w14:paraId="7345490B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4535" w:type="dxa"/>
            <w:shd w:val="clear" w:color="auto" w:fill="D9E2F3"/>
          </w:tcPr>
          <w:p w14:paraId="44101B9D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Elementul programului</w:t>
            </w:r>
          </w:p>
        </w:tc>
        <w:tc>
          <w:tcPr>
            <w:tcW w:w="850" w:type="dxa"/>
            <w:shd w:val="clear" w:color="auto" w:fill="D9E2F3"/>
          </w:tcPr>
          <w:p w14:paraId="3900302D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624" w:type="dxa"/>
            <w:shd w:val="clear" w:color="auto" w:fill="D9E2F3"/>
          </w:tcPr>
          <w:p w14:paraId="5744F587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Sem.</w:t>
            </w:r>
          </w:p>
        </w:tc>
        <w:tc>
          <w:tcPr>
            <w:tcW w:w="1928" w:type="dxa"/>
            <w:shd w:val="clear" w:color="auto" w:fill="D9E2F3"/>
          </w:tcPr>
          <w:p w14:paraId="0B8C2B51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Evaluare: data / nota sau calificativul</w:t>
            </w:r>
          </w:p>
        </w:tc>
        <w:tc>
          <w:tcPr>
            <w:tcW w:w="1191" w:type="dxa"/>
            <w:shd w:val="clear" w:color="auto" w:fill="D9E2F3"/>
          </w:tcPr>
          <w:p w14:paraId="1B666BCA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Credite transferate*</w:t>
            </w:r>
          </w:p>
        </w:tc>
      </w:tr>
      <w:tr w:rsidR="004957DD" w:rsidRPr="0015166E" w14:paraId="3A47A3FF" w14:textId="77777777">
        <w:trPr>
          <w:jc w:val="center"/>
        </w:trPr>
        <w:tc>
          <w:tcPr>
            <w:tcW w:w="510" w:type="dxa"/>
          </w:tcPr>
          <w:p w14:paraId="5189D301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</w:tcPr>
          <w:p w14:paraId="2F70B5BD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Modul 1. Integritatea științifică și etica cercetării</w:t>
            </w:r>
          </w:p>
        </w:tc>
        <w:tc>
          <w:tcPr>
            <w:tcW w:w="850" w:type="dxa"/>
          </w:tcPr>
          <w:p w14:paraId="11F8EE7A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624" w:type="dxa"/>
          </w:tcPr>
          <w:p w14:paraId="15E1777E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14:paraId="05B1E6F5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14F5F1BD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5D7E07F9" w14:textId="77777777">
        <w:trPr>
          <w:jc w:val="center"/>
        </w:trPr>
        <w:tc>
          <w:tcPr>
            <w:tcW w:w="510" w:type="dxa"/>
          </w:tcPr>
          <w:p w14:paraId="696B3A49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</w:tcPr>
          <w:p w14:paraId="51A7FBC1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Modul 2. Difuzarea culturii științifice. Rețele și comunicare profesională</w:t>
            </w:r>
          </w:p>
        </w:tc>
        <w:tc>
          <w:tcPr>
            <w:tcW w:w="850" w:type="dxa"/>
          </w:tcPr>
          <w:p w14:paraId="3471F0E8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14:paraId="1233CD4D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14:paraId="6857AE5B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06C8B96C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5CBD6F8F" w14:textId="77777777">
        <w:trPr>
          <w:jc w:val="center"/>
        </w:trPr>
        <w:tc>
          <w:tcPr>
            <w:tcW w:w="510" w:type="dxa"/>
          </w:tcPr>
          <w:p w14:paraId="4704CDF3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</w:tcPr>
          <w:p w14:paraId="1E5DABBC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Modul 3. Instrumente bibliometrice pentru realizarea tezei</w:t>
            </w:r>
          </w:p>
        </w:tc>
        <w:tc>
          <w:tcPr>
            <w:tcW w:w="850" w:type="dxa"/>
          </w:tcPr>
          <w:p w14:paraId="0A921794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14:paraId="219F38CC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14:paraId="7452AE24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22EF9896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120DF2CD" w14:textId="77777777">
        <w:trPr>
          <w:jc w:val="center"/>
        </w:trPr>
        <w:tc>
          <w:tcPr>
            <w:tcW w:w="510" w:type="dxa"/>
          </w:tcPr>
          <w:p w14:paraId="6A6D9C36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</w:tcPr>
          <w:p w14:paraId="0A0EA69A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Modul 4. Scrieri academice (publicații)</w:t>
            </w:r>
          </w:p>
        </w:tc>
        <w:tc>
          <w:tcPr>
            <w:tcW w:w="850" w:type="dxa"/>
          </w:tcPr>
          <w:p w14:paraId="6F1A1365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14:paraId="56670566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14:paraId="4946EFB3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4166711B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2215A8F2" w14:textId="77777777">
        <w:trPr>
          <w:jc w:val="center"/>
        </w:trPr>
        <w:tc>
          <w:tcPr>
            <w:tcW w:w="510" w:type="dxa"/>
          </w:tcPr>
          <w:p w14:paraId="3C285BB8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</w:tcPr>
          <w:p w14:paraId="735372FD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Modul 5. Tehnologii informaționale în domeniul de cercetare</w:t>
            </w:r>
          </w:p>
        </w:tc>
        <w:tc>
          <w:tcPr>
            <w:tcW w:w="850" w:type="dxa"/>
          </w:tcPr>
          <w:p w14:paraId="636F493F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14:paraId="3F59E0F6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928" w:type="dxa"/>
          </w:tcPr>
          <w:p w14:paraId="7618067F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12BE1AC5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6848B089" w14:textId="77777777">
        <w:trPr>
          <w:jc w:val="center"/>
        </w:trPr>
        <w:tc>
          <w:tcPr>
            <w:tcW w:w="510" w:type="dxa"/>
          </w:tcPr>
          <w:p w14:paraId="33FF1A4A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</w:tcPr>
          <w:p w14:paraId="5CA06292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Modul 6. Prelucrarea statistică a datelor experimentale</w:t>
            </w:r>
          </w:p>
        </w:tc>
        <w:tc>
          <w:tcPr>
            <w:tcW w:w="850" w:type="dxa"/>
          </w:tcPr>
          <w:p w14:paraId="0FF26524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24" w:type="dxa"/>
          </w:tcPr>
          <w:p w14:paraId="611ED158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14:paraId="765210CE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455BA7FF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51D195B7" w14:textId="77777777">
        <w:trPr>
          <w:jc w:val="center"/>
        </w:trPr>
        <w:tc>
          <w:tcPr>
            <w:tcW w:w="510" w:type="dxa"/>
          </w:tcPr>
          <w:p w14:paraId="47A95BE0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</w:tcPr>
          <w:p w14:paraId="47366DA0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Modul 7. Disciplina individuală de specialitate I: ______________________</w:t>
            </w:r>
          </w:p>
        </w:tc>
        <w:tc>
          <w:tcPr>
            <w:tcW w:w="850" w:type="dxa"/>
          </w:tcPr>
          <w:p w14:paraId="0E187762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14:paraId="5BA89F6D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14:paraId="6EF8F49B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5FCCE09B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3E08C350" w14:textId="77777777">
        <w:trPr>
          <w:jc w:val="center"/>
        </w:trPr>
        <w:tc>
          <w:tcPr>
            <w:tcW w:w="510" w:type="dxa"/>
          </w:tcPr>
          <w:p w14:paraId="70696D89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</w:tcPr>
          <w:p w14:paraId="179C1BBB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Modul 8. Disciplina individuală de specialitate II: _____________________</w:t>
            </w:r>
          </w:p>
        </w:tc>
        <w:tc>
          <w:tcPr>
            <w:tcW w:w="850" w:type="dxa"/>
          </w:tcPr>
          <w:p w14:paraId="5AE08B41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14:paraId="734B30E6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14:paraId="269FE42A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5F00D56E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53CA3D61" w14:textId="77777777">
        <w:trPr>
          <w:jc w:val="center"/>
        </w:trPr>
        <w:tc>
          <w:tcPr>
            <w:tcW w:w="510" w:type="dxa"/>
          </w:tcPr>
          <w:p w14:paraId="7139B28B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</w:tcPr>
          <w:p w14:paraId="4D838092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Activități aferente (Anexa nr. 1 la Planul de învățământ)</w:t>
            </w:r>
          </w:p>
        </w:tc>
        <w:tc>
          <w:tcPr>
            <w:tcW w:w="850" w:type="dxa"/>
          </w:tcPr>
          <w:p w14:paraId="48E84777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14:paraId="120A85B0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1–2</w:t>
            </w:r>
          </w:p>
        </w:tc>
        <w:tc>
          <w:tcPr>
            <w:tcW w:w="1928" w:type="dxa"/>
          </w:tcPr>
          <w:p w14:paraId="38B7622B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6E3DCC0F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44ACF633" w14:textId="77777777">
        <w:trPr>
          <w:jc w:val="center"/>
        </w:trPr>
        <w:tc>
          <w:tcPr>
            <w:tcW w:w="510" w:type="dxa"/>
          </w:tcPr>
          <w:p w14:paraId="10A19BAA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</w:tcPr>
          <w:p w14:paraId="22DD920A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Referat de cercetare 1</w:t>
            </w:r>
          </w:p>
        </w:tc>
        <w:tc>
          <w:tcPr>
            <w:tcW w:w="850" w:type="dxa"/>
          </w:tcPr>
          <w:p w14:paraId="293855D6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24" w:type="dxa"/>
          </w:tcPr>
          <w:p w14:paraId="7141C22A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14:paraId="02C2B3C8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0277B024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05632BC3" w14:textId="77777777">
        <w:trPr>
          <w:jc w:val="center"/>
        </w:trPr>
        <w:tc>
          <w:tcPr>
            <w:tcW w:w="510" w:type="dxa"/>
          </w:tcPr>
          <w:p w14:paraId="3A6DD7F1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</w:tcPr>
          <w:p w14:paraId="23020D72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Proiect de cercetare – susținere publică (HG 1007, pct. 149–150)</w:t>
            </w:r>
          </w:p>
        </w:tc>
        <w:tc>
          <w:tcPr>
            <w:tcW w:w="850" w:type="dxa"/>
          </w:tcPr>
          <w:p w14:paraId="20CAA08A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24" w:type="dxa"/>
          </w:tcPr>
          <w:p w14:paraId="187D849C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14:paraId="22550A2C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14:paraId="337407FC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22CA7012" w14:textId="77777777">
        <w:trPr>
          <w:jc w:val="center"/>
        </w:trPr>
        <w:tc>
          <w:tcPr>
            <w:tcW w:w="510" w:type="dxa"/>
            <w:shd w:val="clear" w:color="auto" w:fill="F2F2F2"/>
          </w:tcPr>
          <w:p w14:paraId="489289D1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35" w:type="dxa"/>
            <w:shd w:val="clear" w:color="auto" w:fill="F2F2F2"/>
          </w:tcPr>
          <w:p w14:paraId="38BDF6A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Total anul I</w:t>
            </w:r>
          </w:p>
        </w:tc>
        <w:tc>
          <w:tcPr>
            <w:tcW w:w="850" w:type="dxa"/>
            <w:shd w:val="clear" w:color="auto" w:fill="F2F2F2"/>
          </w:tcPr>
          <w:p w14:paraId="6AAD76A8" w14:textId="77777777" w:rsidR="004957DD" w:rsidRPr="0015166E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624" w:type="dxa"/>
            <w:shd w:val="clear" w:color="auto" w:fill="F2F2F2"/>
          </w:tcPr>
          <w:p w14:paraId="1BADF821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8" w:type="dxa"/>
            <w:shd w:val="clear" w:color="auto" w:fill="F2F2F2"/>
          </w:tcPr>
          <w:p w14:paraId="7C14CF72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91" w:type="dxa"/>
            <w:shd w:val="clear" w:color="auto" w:fill="F2F2F2"/>
          </w:tcPr>
          <w:p w14:paraId="456730DD" w14:textId="77777777" w:rsidR="004957DD" w:rsidRPr="0015166E" w:rsidRDefault="004957DD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4B3A1797" w14:textId="77777777" w:rsidR="004957DD" w:rsidRPr="0015166E" w:rsidRDefault="00000000">
      <w:pPr>
        <w:spacing w:after="120"/>
        <w:rPr>
          <w:rFonts w:cs="Times New Roman"/>
          <w:sz w:val="24"/>
          <w:szCs w:val="24"/>
        </w:rPr>
      </w:pPr>
      <w:r w:rsidRPr="0015166E">
        <w:rPr>
          <w:rFonts w:cs="Times New Roman"/>
          <w:i/>
          <w:sz w:val="24"/>
          <w:szCs w:val="24"/>
        </w:rPr>
        <w:t xml:space="preserve">* </w:t>
      </w:r>
      <w:proofErr w:type="gramStart"/>
      <w:r w:rsidRPr="0015166E">
        <w:rPr>
          <w:rFonts w:cs="Times New Roman"/>
          <w:i/>
          <w:sz w:val="24"/>
          <w:szCs w:val="24"/>
        </w:rPr>
        <w:t>se</w:t>
      </w:r>
      <w:proofErr w:type="gramEnd"/>
      <w:r w:rsidRPr="0015166E">
        <w:rPr>
          <w:rFonts w:cs="Times New Roman"/>
          <w:i/>
          <w:sz w:val="24"/>
          <w:szCs w:val="24"/>
        </w:rPr>
        <w:t xml:space="preserve"> indică documentul și decizia Consiliului ȘD (PV </w:t>
      </w:r>
      <w:proofErr w:type="gramStart"/>
      <w:r w:rsidRPr="0015166E">
        <w:rPr>
          <w:rFonts w:cs="Times New Roman"/>
          <w:i/>
          <w:sz w:val="24"/>
          <w:szCs w:val="24"/>
        </w:rPr>
        <w:t>nr./</w:t>
      </w:r>
      <w:proofErr w:type="gramEnd"/>
      <w:r w:rsidRPr="0015166E">
        <w:rPr>
          <w:rFonts w:cs="Times New Roman"/>
          <w:i/>
          <w:sz w:val="24"/>
          <w:szCs w:val="24"/>
        </w:rPr>
        <w:t>data).</w:t>
      </w:r>
    </w:p>
    <w:p w14:paraId="57D10AB1" w14:textId="77777777" w:rsidR="0015166E" w:rsidRPr="0015166E" w:rsidRDefault="0015166E">
      <w:pPr>
        <w:spacing w:after="80"/>
        <w:rPr>
          <w:rFonts w:cs="Times New Roman"/>
          <w:b/>
          <w:sz w:val="24"/>
          <w:szCs w:val="24"/>
        </w:rPr>
      </w:pPr>
    </w:p>
    <w:p w14:paraId="0EA7C66A" w14:textId="505E96EE" w:rsidR="004957DD" w:rsidRPr="0015166E" w:rsidRDefault="00000000">
      <w:pPr>
        <w:spacing w:after="8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3. PROGRAMUL INDIVIDUAL DE CERCETARE ȘTIINȚIFICĂ – PROGRAMUL DE ACTIVITATE PE ANI</w:t>
      </w:r>
    </w:p>
    <w:p w14:paraId="557379B8" w14:textId="77777777" w:rsidR="004957DD" w:rsidRDefault="00000000">
      <w:pPr>
        <w:spacing w:after="60"/>
        <w:rPr>
          <w:rFonts w:cs="Times New Roman"/>
          <w:color w:val="000000"/>
          <w:sz w:val="24"/>
          <w:szCs w:val="24"/>
        </w:rPr>
      </w:pPr>
      <w:r w:rsidRPr="0015166E">
        <w:rPr>
          <w:rFonts w:cs="Times New Roman"/>
          <w:color w:val="000000"/>
          <w:sz w:val="24"/>
          <w:szCs w:val="24"/>
        </w:rPr>
        <w:t>Se completează anual de doctorand, cu viza conducătorului, și se aprobă la ședința Consiliului ȘD (REG-14-ESTD, pct. 70; Plan-cadru, pct. 19). Creditele anuale sunt cele din Planul de învățământ al formei de organizare; activitățile aferente și publicațiile se creditează prin lista semestrială din Anexa nr. 1 la plan.</w:t>
      </w:r>
    </w:p>
    <w:p w14:paraId="67EC5D1A" w14:textId="77777777" w:rsidR="0015166E" w:rsidRDefault="0015166E">
      <w:pPr>
        <w:spacing w:after="60"/>
        <w:rPr>
          <w:rFonts w:cs="Times New Roman"/>
          <w:color w:val="000000"/>
          <w:sz w:val="24"/>
          <w:szCs w:val="24"/>
        </w:rPr>
      </w:pPr>
    </w:p>
    <w:p w14:paraId="743E4AD0" w14:textId="77777777" w:rsidR="0015166E" w:rsidRDefault="0015166E">
      <w:pPr>
        <w:spacing w:after="60"/>
        <w:rPr>
          <w:rFonts w:cs="Times New Roman"/>
          <w:color w:val="000000"/>
          <w:sz w:val="24"/>
          <w:szCs w:val="24"/>
        </w:rPr>
      </w:pPr>
    </w:p>
    <w:p w14:paraId="7BFD3998" w14:textId="77777777" w:rsidR="0015166E" w:rsidRDefault="0015166E">
      <w:pPr>
        <w:spacing w:after="60"/>
        <w:rPr>
          <w:rFonts w:cs="Times New Roman"/>
          <w:color w:val="000000"/>
          <w:sz w:val="24"/>
          <w:szCs w:val="24"/>
        </w:rPr>
      </w:pPr>
    </w:p>
    <w:p w14:paraId="1868059C" w14:textId="77777777" w:rsidR="0015166E" w:rsidRDefault="0015166E">
      <w:pPr>
        <w:spacing w:after="60"/>
        <w:rPr>
          <w:rFonts w:cs="Times New Roman"/>
          <w:color w:val="000000"/>
          <w:sz w:val="24"/>
          <w:szCs w:val="24"/>
        </w:rPr>
      </w:pPr>
    </w:p>
    <w:p w14:paraId="056B32FC" w14:textId="77777777" w:rsidR="0015166E" w:rsidRDefault="0015166E">
      <w:pPr>
        <w:spacing w:after="60"/>
        <w:rPr>
          <w:rFonts w:cs="Times New Roman"/>
          <w:color w:val="000000"/>
          <w:sz w:val="24"/>
          <w:szCs w:val="24"/>
        </w:rPr>
      </w:pPr>
    </w:p>
    <w:p w14:paraId="2E1589DC" w14:textId="77777777" w:rsidR="0015166E" w:rsidRDefault="0015166E">
      <w:pPr>
        <w:spacing w:after="60"/>
        <w:rPr>
          <w:rFonts w:cs="Times New Roman"/>
          <w:color w:val="000000"/>
          <w:sz w:val="24"/>
          <w:szCs w:val="24"/>
        </w:rPr>
      </w:pPr>
    </w:p>
    <w:p w14:paraId="131391D4" w14:textId="77777777" w:rsidR="0015166E" w:rsidRDefault="0015166E">
      <w:pPr>
        <w:spacing w:after="60"/>
        <w:rPr>
          <w:rFonts w:cs="Times New Roman"/>
          <w:color w:val="000000"/>
          <w:sz w:val="24"/>
          <w:szCs w:val="24"/>
        </w:rPr>
      </w:pPr>
    </w:p>
    <w:p w14:paraId="2DE8F6D0" w14:textId="77777777" w:rsidR="0015166E" w:rsidRDefault="0015166E">
      <w:pPr>
        <w:spacing w:after="60"/>
        <w:rPr>
          <w:rFonts w:cs="Times New Roman"/>
          <w:color w:val="000000"/>
          <w:sz w:val="24"/>
          <w:szCs w:val="24"/>
        </w:rPr>
      </w:pPr>
    </w:p>
    <w:p w14:paraId="1203EA45" w14:textId="77777777" w:rsidR="0015166E" w:rsidRPr="0015166E" w:rsidRDefault="0015166E">
      <w:pPr>
        <w:spacing w:after="60"/>
        <w:rPr>
          <w:rFonts w:cs="Times New Roman"/>
          <w:sz w:val="24"/>
          <w:szCs w:val="24"/>
        </w:rPr>
      </w:pPr>
    </w:p>
    <w:p w14:paraId="4A115DF0" w14:textId="77777777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8"/>
          <w:szCs w:val="28"/>
        </w:rPr>
        <w:lastRenderedPageBreak/>
        <w:t xml:space="preserve">3.1. Anul I – </w:t>
      </w:r>
      <w:r w:rsidRPr="0015166E">
        <w:rPr>
          <w:rFonts w:cs="Times New Roman"/>
          <w:color w:val="000000"/>
          <w:sz w:val="28"/>
          <w:szCs w:val="28"/>
        </w:rPr>
        <w:t xml:space="preserve">60 ECTS </w:t>
      </w:r>
      <w:r w:rsidRPr="0015166E">
        <w:rPr>
          <w:rFonts w:cs="Times New Roman"/>
          <w:color w:val="000000"/>
          <w:sz w:val="24"/>
          <w:szCs w:val="24"/>
        </w:rPr>
        <w:t>(ambele forme)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2835"/>
      </w:tblGrid>
      <w:tr w:rsidR="004957DD" w:rsidRPr="0015166E" w14:paraId="6328D6C4" w14:textId="77777777">
        <w:trPr>
          <w:jc w:val="center"/>
        </w:trPr>
        <w:tc>
          <w:tcPr>
            <w:tcW w:w="567" w:type="dxa"/>
            <w:shd w:val="clear" w:color="auto" w:fill="D9E2F3"/>
          </w:tcPr>
          <w:p w14:paraId="174D8EB7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4819" w:type="dxa"/>
            <w:shd w:val="clear" w:color="auto" w:fill="D9E2F3"/>
          </w:tcPr>
          <w:p w14:paraId="1568C3B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Conținutul acțiunilor programate</w:t>
            </w:r>
          </w:p>
        </w:tc>
        <w:tc>
          <w:tcPr>
            <w:tcW w:w="1417" w:type="dxa"/>
            <w:shd w:val="clear" w:color="auto" w:fill="D9E2F3"/>
          </w:tcPr>
          <w:p w14:paraId="6F2A31E1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Termen</w:t>
            </w:r>
          </w:p>
        </w:tc>
        <w:tc>
          <w:tcPr>
            <w:tcW w:w="2835" w:type="dxa"/>
            <w:shd w:val="clear" w:color="auto" w:fill="D9E2F3"/>
          </w:tcPr>
          <w:p w14:paraId="40C8671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Rezultatele îndeplinirii</w:t>
            </w:r>
          </w:p>
        </w:tc>
      </w:tr>
      <w:tr w:rsidR="004957DD" w:rsidRPr="0015166E" w14:paraId="76C45936" w14:textId="77777777">
        <w:trPr>
          <w:jc w:val="center"/>
        </w:trPr>
        <w:tc>
          <w:tcPr>
            <w:tcW w:w="567" w:type="dxa"/>
          </w:tcPr>
          <w:p w14:paraId="30C41A7C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6E38D57F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56349C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12D6BA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759E9A1E" w14:textId="77777777">
        <w:trPr>
          <w:jc w:val="center"/>
        </w:trPr>
        <w:tc>
          <w:tcPr>
            <w:tcW w:w="567" w:type="dxa"/>
          </w:tcPr>
          <w:p w14:paraId="659F5CE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2DBD2174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B936CE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B786A9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6BBD086D" w14:textId="77777777">
        <w:trPr>
          <w:jc w:val="center"/>
        </w:trPr>
        <w:tc>
          <w:tcPr>
            <w:tcW w:w="567" w:type="dxa"/>
          </w:tcPr>
          <w:p w14:paraId="608B5A9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14:paraId="5D206AF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B554F6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892E2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2D0F95C0" w14:textId="77777777">
        <w:trPr>
          <w:jc w:val="center"/>
        </w:trPr>
        <w:tc>
          <w:tcPr>
            <w:tcW w:w="567" w:type="dxa"/>
          </w:tcPr>
          <w:p w14:paraId="4DF93183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14:paraId="6BED486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0075A3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ADA13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0EE38817" w14:textId="77777777" w:rsidR="0015166E" w:rsidRPr="0015166E" w:rsidRDefault="0015166E">
      <w:pPr>
        <w:spacing w:after="20"/>
        <w:rPr>
          <w:rFonts w:cs="Times New Roman"/>
          <w:b/>
          <w:sz w:val="24"/>
          <w:szCs w:val="24"/>
        </w:rPr>
      </w:pPr>
    </w:p>
    <w:p w14:paraId="49F0B281" w14:textId="0994072A" w:rsidR="004957DD" w:rsidRPr="0015166E" w:rsidRDefault="00000000">
      <w:pPr>
        <w:spacing w:after="20"/>
        <w:rPr>
          <w:rFonts w:cs="Times New Roman"/>
          <w:sz w:val="24"/>
          <w:szCs w:val="24"/>
        </w:rPr>
      </w:pPr>
      <w:proofErr w:type="spellStart"/>
      <w:r w:rsidRPr="0015166E">
        <w:rPr>
          <w:rFonts w:cs="Times New Roman"/>
          <w:b/>
          <w:sz w:val="24"/>
          <w:szCs w:val="24"/>
        </w:rPr>
        <w:t>Concluzia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</w:t>
      </w:r>
      <w:proofErr w:type="spellStart"/>
      <w:r w:rsidRPr="0015166E">
        <w:rPr>
          <w:rFonts w:cs="Times New Roman"/>
          <w:b/>
          <w:sz w:val="24"/>
          <w:szCs w:val="24"/>
        </w:rPr>
        <w:t>comisiei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de </w:t>
      </w:r>
      <w:proofErr w:type="spellStart"/>
      <w:r w:rsidRPr="0015166E">
        <w:rPr>
          <w:rFonts w:cs="Times New Roman"/>
          <w:b/>
          <w:sz w:val="24"/>
          <w:szCs w:val="24"/>
        </w:rPr>
        <w:t>îndrumare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</w:t>
      </w:r>
      <w:proofErr w:type="spellStart"/>
      <w:r w:rsidRPr="0015166E">
        <w:rPr>
          <w:rFonts w:cs="Times New Roman"/>
          <w:b/>
          <w:sz w:val="24"/>
          <w:szCs w:val="24"/>
        </w:rPr>
        <w:t>și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a conducătorului privind realizarea programului anului I: </w:t>
      </w:r>
    </w:p>
    <w:p w14:paraId="31FCCAD7" w14:textId="787CBA9A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49FE7AFD" w14:textId="640F9450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2BF80517" w14:textId="77777777" w:rsidR="0015166E" w:rsidRPr="0015166E" w:rsidRDefault="0015166E">
      <w:pPr>
        <w:spacing w:after="60"/>
        <w:rPr>
          <w:rFonts w:cs="Times New Roman"/>
          <w:sz w:val="24"/>
          <w:szCs w:val="24"/>
        </w:rPr>
      </w:pPr>
    </w:p>
    <w:p w14:paraId="42C1106E" w14:textId="409B96E1" w:rsidR="004957DD" w:rsidRPr="0015166E" w:rsidRDefault="00000000">
      <w:pPr>
        <w:spacing w:after="60"/>
        <w:rPr>
          <w:rFonts w:cs="Times New Roman"/>
          <w:sz w:val="24"/>
          <w:szCs w:val="24"/>
        </w:rPr>
      </w:pPr>
      <w:proofErr w:type="spellStart"/>
      <w:r w:rsidRPr="0015166E">
        <w:rPr>
          <w:rFonts w:cs="Times New Roman"/>
          <w:sz w:val="24"/>
          <w:szCs w:val="24"/>
        </w:rPr>
        <w:t>Conducătorul</w:t>
      </w:r>
      <w:proofErr w:type="spellEnd"/>
      <w:r w:rsidRPr="0015166E">
        <w:rPr>
          <w:rFonts w:cs="Times New Roman"/>
          <w:sz w:val="24"/>
          <w:szCs w:val="24"/>
        </w:rPr>
        <w:t xml:space="preserve"> de </w:t>
      </w:r>
      <w:proofErr w:type="spellStart"/>
      <w:r w:rsidRPr="0015166E">
        <w:rPr>
          <w:rFonts w:cs="Times New Roman"/>
          <w:sz w:val="24"/>
          <w:szCs w:val="24"/>
        </w:rPr>
        <w:t>doctorat</w:t>
      </w:r>
      <w:proofErr w:type="spellEnd"/>
      <w:r w:rsidRPr="0015166E">
        <w:rPr>
          <w:rFonts w:cs="Times New Roman"/>
          <w:sz w:val="24"/>
          <w:szCs w:val="24"/>
        </w:rPr>
        <w:t xml:space="preserve">:  </w:t>
      </w:r>
      <w:proofErr w:type="spellStart"/>
      <w:r w:rsidRPr="0015166E">
        <w:rPr>
          <w:rFonts w:cs="Times New Roman"/>
          <w:i/>
          <w:sz w:val="24"/>
          <w:szCs w:val="24"/>
        </w:rPr>
        <w:t>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prenumele</w:t>
      </w:r>
      <w:proofErr w:type="spellEnd"/>
      <w:r w:rsidRPr="0015166E">
        <w:rPr>
          <w:rFonts w:cs="Times New Roman"/>
          <w:i/>
          <w:sz w:val="24"/>
          <w:szCs w:val="24"/>
        </w:rPr>
        <w:t>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75F7AFFB" w14:textId="77777777" w:rsidR="0015166E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Membrii comisiei de îndrumare </w:t>
      </w:r>
    </w:p>
    <w:p w14:paraId="03A0219C" w14:textId="0420B621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(1):  </w:t>
      </w:r>
      <w:proofErr w:type="spellStart"/>
      <w:r w:rsidRPr="0015166E">
        <w:rPr>
          <w:rFonts w:cs="Times New Roman"/>
          <w:i/>
          <w:sz w:val="24"/>
          <w:szCs w:val="24"/>
        </w:rPr>
        <w:t>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prenumele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gradul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31360263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(2):  </w:t>
      </w:r>
      <w:r w:rsidRPr="0015166E">
        <w:rPr>
          <w:rFonts w:cs="Times New Roman"/>
          <w:i/>
          <w:sz w:val="24"/>
          <w:szCs w:val="24"/>
        </w:rPr>
        <w:t>Numele, prenumele,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000669F5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(3):  </w:t>
      </w:r>
      <w:r w:rsidRPr="0015166E">
        <w:rPr>
          <w:rFonts w:cs="Times New Roman"/>
          <w:i/>
          <w:sz w:val="24"/>
          <w:szCs w:val="24"/>
        </w:rPr>
        <w:t>Numele, prenumele,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111B9541" w14:textId="77777777" w:rsidR="004957DD" w:rsidRPr="0015166E" w:rsidRDefault="00000000">
      <w:pPr>
        <w:spacing w:after="1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Aprobat la ședința Consiliului ȘD: PV nr. ____ din __________.</w:t>
      </w:r>
      <w:r w:rsidRPr="0015166E">
        <w:rPr>
          <w:rFonts w:cs="Times New Roman"/>
          <w:color w:val="000000"/>
          <w:sz w:val="24"/>
          <w:szCs w:val="24"/>
        </w:rPr>
        <w:t xml:space="preserve">  Promovat în anul următor: dispoziția directorului ȘD nr. </w:t>
      </w:r>
      <w:r w:rsidRPr="0015166E">
        <w:rPr>
          <w:rFonts w:cs="Times New Roman"/>
          <w:sz w:val="24"/>
          <w:szCs w:val="24"/>
        </w:rPr>
        <w:t>____</w:t>
      </w:r>
      <w:r w:rsidRPr="0015166E">
        <w:rPr>
          <w:rFonts w:cs="Times New Roman"/>
          <w:color w:val="000000"/>
          <w:sz w:val="24"/>
          <w:szCs w:val="24"/>
        </w:rPr>
        <w:t xml:space="preserve"> din </w:t>
      </w:r>
      <w:r w:rsidRPr="0015166E">
        <w:rPr>
          <w:rFonts w:cs="Times New Roman"/>
          <w:sz w:val="24"/>
          <w:szCs w:val="24"/>
        </w:rPr>
        <w:t>__________</w:t>
      </w:r>
      <w:r w:rsidRPr="0015166E">
        <w:rPr>
          <w:rFonts w:cs="Times New Roman"/>
          <w:color w:val="000000"/>
          <w:sz w:val="24"/>
          <w:szCs w:val="24"/>
        </w:rPr>
        <w:t xml:space="preserve"> (REG-14-ESTD, pct. 77).</w:t>
      </w:r>
    </w:p>
    <w:p w14:paraId="75ACAD82" w14:textId="77777777" w:rsidR="0015166E" w:rsidRP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ADD98B1" w14:textId="77777777" w:rsidR="0015166E" w:rsidRP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FC3543D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22AE7C9B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5E78541A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D32C01B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1FA5B5E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44738F70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945447B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4A697B8D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2138774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44943804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7929EBEB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CB51D1A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B080509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A0220C5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D739229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D5A4A63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63E98C02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664D98C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8959482" w14:textId="77777777" w:rsidR="0015166E" w:rsidRP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4C366D6" w14:textId="77777777" w:rsidR="0015166E" w:rsidRP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49B06CA7" w14:textId="77777777" w:rsidR="0015166E" w:rsidRP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6A398965" w14:textId="7C895061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lastRenderedPageBreak/>
        <w:t>3.2</w:t>
      </w:r>
      <w:r w:rsidRPr="0015166E">
        <w:rPr>
          <w:rFonts w:cs="Times New Roman"/>
          <w:b/>
          <w:sz w:val="28"/>
          <w:szCs w:val="28"/>
        </w:rPr>
        <w:t>. Anul II</w:t>
      </w:r>
      <w:r w:rsidRPr="0015166E">
        <w:rPr>
          <w:rFonts w:cs="Times New Roman"/>
          <w:b/>
          <w:sz w:val="24"/>
          <w:szCs w:val="24"/>
        </w:rPr>
        <w:t xml:space="preserve"> – </w:t>
      </w:r>
      <w:r w:rsidRPr="0015166E">
        <w:rPr>
          <w:rFonts w:cs="Times New Roman"/>
          <w:color w:val="000000"/>
          <w:sz w:val="24"/>
          <w:szCs w:val="24"/>
        </w:rPr>
        <w:t>60 ECTS (F) / 40 ECTS (FR)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2835"/>
      </w:tblGrid>
      <w:tr w:rsidR="004957DD" w:rsidRPr="0015166E" w14:paraId="276B061A" w14:textId="77777777">
        <w:trPr>
          <w:jc w:val="center"/>
        </w:trPr>
        <w:tc>
          <w:tcPr>
            <w:tcW w:w="567" w:type="dxa"/>
            <w:shd w:val="clear" w:color="auto" w:fill="D9E2F3"/>
          </w:tcPr>
          <w:p w14:paraId="3C58EAA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4819" w:type="dxa"/>
            <w:shd w:val="clear" w:color="auto" w:fill="D9E2F3"/>
          </w:tcPr>
          <w:p w14:paraId="3A302107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Conținutul acțiunilor programate</w:t>
            </w:r>
          </w:p>
        </w:tc>
        <w:tc>
          <w:tcPr>
            <w:tcW w:w="1417" w:type="dxa"/>
            <w:shd w:val="clear" w:color="auto" w:fill="D9E2F3"/>
          </w:tcPr>
          <w:p w14:paraId="636FE122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Termen</w:t>
            </w:r>
          </w:p>
        </w:tc>
        <w:tc>
          <w:tcPr>
            <w:tcW w:w="2835" w:type="dxa"/>
            <w:shd w:val="clear" w:color="auto" w:fill="D9E2F3"/>
          </w:tcPr>
          <w:p w14:paraId="561CBC27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Rezultatele îndeplinirii</w:t>
            </w:r>
          </w:p>
        </w:tc>
      </w:tr>
      <w:tr w:rsidR="004957DD" w:rsidRPr="0015166E" w14:paraId="2072CEC1" w14:textId="77777777">
        <w:trPr>
          <w:jc w:val="center"/>
        </w:trPr>
        <w:tc>
          <w:tcPr>
            <w:tcW w:w="567" w:type="dxa"/>
          </w:tcPr>
          <w:p w14:paraId="4FD5D66E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599022A2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8D978B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7FB582F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5F7AEC52" w14:textId="77777777">
        <w:trPr>
          <w:jc w:val="center"/>
        </w:trPr>
        <w:tc>
          <w:tcPr>
            <w:tcW w:w="567" w:type="dxa"/>
          </w:tcPr>
          <w:p w14:paraId="6F72871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17B69545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8925D9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7DCEFE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3A1D05E5" w14:textId="77777777">
        <w:trPr>
          <w:jc w:val="center"/>
        </w:trPr>
        <w:tc>
          <w:tcPr>
            <w:tcW w:w="567" w:type="dxa"/>
          </w:tcPr>
          <w:p w14:paraId="09C8DDFC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14:paraId="79F8B801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5B7E5B0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F37D5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4DD74BFC" w14:textId="77777777">
        <w:trPr>
          <w:jc w:val="center"/>
        </w:trPr>
        <w:tc>
          <w:tcPr>
            <w:tcW w:w="567" w:type="dxa"/>
          </w:tcPr>
          <w:p w14:paraId="0677E302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14:paraId="404C7BC6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1352FA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72C409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97EE18F" w14:textId="77777777" w:rsidR="0015166E" w:rsidRDefault="0015166E">
      <w:pPr>
        <w:spacing w:after="20"/>
        <w:rPr>
          <w:rFonts w:cs="Times New Roman"/>
          <w:b/>
          <w:sz w:val="24"/>
          <w:szCs w:val="24"/>
        </w:rPr>
      </w:pPr>
    </w:p>
    <w:p w14:paraId="578ADDA9" w14:textId="722967C5" w:rsidR="004957DD" w:rsidRPr="0015166E" w:rsidRDefault="00000000">
      <w:pPr>
        <w:spacing w:after="20"/>
        <w:rPr>
          <w:rFonts w:cs="Times New Roman"/>
          <w:sz w:val="24"/>
          <w:szCs w:val="24"/>
        </w:rPr>
      </w:pPr>
      <w:proofErr w:type="spellStart"/>
      <w:r w:rsidRPr="0015166E">
        <w:rPr>
          <w:rFonts w:cs="Times New Roman"/>
          <w:b/>
          <w:sz w:val="24"/>
          <w:szCs w:val="24"/>
        </w:rPr>
        <w:t>Concluzia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</w:t>
      </w:r>
      <w:proofErr w:type="spellStart"/>
      <w:r w:rsidRPr="0015166E">
        <w:rPr>
          <w:rFonts w:cs="Times New Roman"/>
          <w:b/>
          <w:sz w:val="24"/>
          <w:szCs w:val="24"/>
        </w:rPr>
        <w:t>comisiei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de </w:t>
      </w:r>
      <w:proofErr w:type="spellStart"/>
      <w:r w:rsidRPr="0015166E">
        <w:rPr>
          <w:rFonts w:cs="Times New Roman"/>
          <w:b/>
          <w:sz w:val="24"/>
          <w:szCs w:val="24"/>
        </w:rPr>
        <w:t>îndrumare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</w:t>
      </w:r>
      <w:proofErr w:type="spellStart"/>
      <w:r w:rsidRPr="0015166E">
        <w:rPr>
          <w:rFonts w:cs="Times New Roman"/>
          <w:b/>
          <w:sz w:val="24"/>
          <w:szCs w:val="24"/>
        </w:rPr>
        <w:t>și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a conducătorului privind realizarea programului anului II: </w:t>
      </w:r>
    </w:p>
    <w:p w14:paraId="05667CE8" w14:textId="6D6F079B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47D281F5" w14:textId="5783B0FB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71D07E40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Conducătorul de doctorat:  </w:t>
      </w:r>
      <w:r w:rsidRPr="0015166E">
        <w:rPr>
          <w:rFonts w:cs="Times New Roman"/>
          <w:i/>
          <w:sz w:val="24"/>
          <w:szCs w:val="24"/>
        </w:rPr>
        <w:t>Numele, prenumele,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3C6610BF" w14:textId="77777777" w:rsid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Membrii comisiei de îndrumare </w:t>
      </w:r>
    </w:p>
    <w:p w14:paraId="66884CD1" w14:textId="53A0017E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(1):  </w:t>
      </w:r>
      <w:proofErr w:type="spellStart"/>
      <w:r w:rsidRPr="0015166E">
        <w:rPr>
          <w:rFonts w:cs="Times New Roman"/>
          <w:i/>
          <w:sz w:val="24"/>
          <w:szCs w:val="24"/>
        </w:rPr>
        <w:t>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prenumele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gradul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15F7D99A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(2):  </w:t>
      </w:r>
      <w:r w:rsidRPr="0015166E">
        <w:rPr>
          <w:rFonts w:cs="Times New Roman"/>
          <w:i/>
          <w:sz w:val="24"/>
          <w:szCs w:val="24"/>
        </w:rPr>
        <w:t>Numele, prenumele,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60639D18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(3):  </w:t>
      </w:r>
      <w:r w:rsidRPr="0015166E">
        <w:rPr>
          <w:rFonts w:cs="Times New Roman"/>
          <w:i/>
          <w:sz w:val="24"/>
          <w:szCs w:val="24"/>
        </w:rPr>
        <w:t>Numele, prenumele,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688E8BBD" w14:textId="77777777" w:rsidR="004957DD" w:rsidRPr="0015166E" w:rsidRDefault="00000000">
      <w:pPr>
        <w:spacing w:after="1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Aprobat la ședința Consiliului ȘD: PV nr. ____ din __________.</w:t>
      </w:r>
      <w:r w:rsidRPr="0015166E">
        <w:rPr>
          <w:rFonts w:cs="Times New Roman"/>
          <w:color w:val="000000"/>
          <w:sz w:val="24"/>
          <w:szCs w:val="24"/>
        </w:rPr>
        <w:t xml:space="preserve">  Promovat în anul următor: dispoziția directorului ȘD nr. </w:t>
      </w:r>
      <w:r w:rsidRPr="0015166E">
        <w:rPr>
          <w:rFonts w:cs="Times New Roman"/>
          <w:sz w:val="24"/>
          <w:szCs w:val="24"/>
        </w:rPr>
        <w:t>____</w:t>
      </w:r>
      <w:r w:rsidRPr="0015166E">
        <w:rPr>
          <w:rFonts w:cs="Times New Roman"/>
          <w:color w:val="000000"/>
          <w:sz w:val="24"/>
          <w:szCs w:val="24"/>
        </w:rPr>
        <w:t xml:space="preserve"> din </w:t>
      </w:r>
      <w:r w:rsidRPr="0015166E">
        <w:rPr>
          <w:rFonts w:cs="Times New Roman"/>
          <w:sz w:val="24"/>
          <w:szCs w:val="24"/>
        </w:rPr>
        <w:t>__________</w:t>
      </w:r>
      <w:r w:rsidRPr="0015166E">
        <w:rPr>
          <w:rFonts w:cs="Times New Roman"/>
          <w:color w:val="000000"/>
          <w:sz w:val="24"/>
          <w:szCs w:val="24"/>
        </w:rPr>
        <w:t xml:space="preserve"> (REG-14-ESTD, pct. 77).</w:t>
      </w:r>
    </w:p>
    <w:p w14:paraId="45FBFD8E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556B5A9F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65BD3C21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6FD92F5B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227F7678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E523259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41F65DFC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F71BAD0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5B590B6C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70BAFE66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51E329B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2035246F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5565A40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E89978A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2AE5887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642963C5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56136437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77DAFBF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687A7E3D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326F52D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F878BA4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79654ACA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0BBDFD9" w14:textId="77777777" w:rsidR="0015166E" w:rsidRP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F93D2B0" w14:textId="104519D0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lastRenderedPageBreak/>
        <w:t xml:space="preserve">3.3. Anul III – </w:t>
      </w:r>
      <w:r w:rsidRPr="0015166E">
        <w:rPr>
          <w:rFonts w:cs="Times New Roman"/>
          <w:color w:val="000000"/>
          <w:sz w:val="24"/>
          <w:szCs w:val="24"/>
        </w:rPr>
        <w:t>60 ECTS (F) / 40 ECTS (FR)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2835"/>
      </w:tblGrid>
      <w:tr w:rsidR="004957DD" w:rsidRPr="0015166E" w14:paraId="24EE6A93" w14:textId="77777777">
        <w:trPr>
          <w:jc w:val="center"/>
        </w:trPr>
        <w:tc>
          <w:tcPr>
            <w:tcW w:w="567" w:type="dxa"/>
            <w:shd w:val="clear" w:color="auto" w:fill="D9E2F3"/>
          </w:tcPr>
          <w:p w14:paraId="25067B89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4819" w:type="dxa"/>
            <w:shd w:val="clear" w:color="auto" w:fill="D9E2F3"/>
          </w:tcPr>
          <w:p w14:paraId="04BE0932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Conținutul acțiunilor programate</w:t>
            </w:r>
          </w:p>
        </w:tc>
        <w:tc>
          <w:tcPr>
            <w:tcW w:w="1417" w:type="dxa"/>
            <w:shd w:val="clear" w:color="auto" w:fill="D9E2F3"/>
          </w:tcPr>
          <w:p w14:paraId="09736F27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Termen</w:t>
            </w:r>
          </w:p>
        </w:tc>
        <w:tc>
          <w:tcPr>
            <w:tcW w:w="2835" w:type="dxa"/>
            <w:shd w:val="clear" w:color="auto" w:fill="D9E2F3"/>
          </w:tcPr>
          <w:p w14:paraId="2C7BD02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Rezultatele îndeplinirii</w:t>
            </w:r>
          </w:p>
        </w:tc>
      </w:tr>
      <w:tr w:rsidR="004957DD" w:rsidRPr="0015166E" w14:paraId="05E5F88D" w14:textId="77777777">
        <w:trPr>
          <w:jc w:val="center"/>
        </w:trPr>
        <w:tc>
          <w:tcPr>
            <w:tcW w:w="567" w:type="dxa"/>
          </w:tcPr>
          <w:p w14:paraId="697B5886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3C0005B0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E71830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797CED1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6AB041D5" w14:textId="77777777">
        <w:trPr>
          <w:jc w:val="center"/>
        </w:trPr>
        <w:tc>
          <w:tcPr>
            <w:tcW w:w="567" w:type="dxa"/>
          </w:tcPr>
          <w:p w14:paraId="627CFDC8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7020C336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EDDB7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70A2167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69700CA0" w14:textId="77777777">
        <w:trPr>
          <w:jc w:val="center"/>
        </w:trPr>
        <w:tc>
          <w:tcPr>
            <w:tcW w:w="567" w:type="dxa"/>
          </w:tcPr>
          <w:p w14:paraId="06DA8B48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14:paraId="091E0926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51AEE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095D0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4DFB3E8B" w14:textId="77777777">
        <w:trPr>
          <w:jc w:val="center"/>
        </w:trPr>
        <w:tc>
          <w:tcPr>
            <w:tcW w:w="567" w:type="dxa"/>
          </w:tcPr>
          <w:p w14:paraId="0AA13B95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14:paraId="6677745B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FB7ADD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495B2DB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A9B432C" w14:textId="77777777" w:rsidR="004957DD" w:rsidRPr="0015166E" w:rsidRDefault="00000000">
      <w:pPr>
        <w:spacing w:after="2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 xml:space="preserve">Concluzia comisiei de îndrumare și a conducătorului privind realizarea programului anului III: </w:t>
      </w:r>
    </w:p>
    <w:p w14:paraId="716CBF4E" w14:textId="32875DDA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73F408BF" w14:textId="3889207F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54A50207" w14:textId="77777777" w:rsidR="0015166E" w:rsidRDefault="0015166E">
      <w:pPr>
        <w:spacing w:after="60"/>
        <w:rPr>
          <w:rFonts w:cs="Times New Roman"/>
          <w:sz w:val="24"/>
          <w:szCs w:val="24"/>
        </w:rPr>
      </w:pPr>
    </w:p>
    <w:p w14:paraId="3E589D7E" w14:textId="77777777" w:rsidR="0015166E" w:rsidRDefault="00000000">
      <w:pPr>
        <w:spacing w:after="60"/>
        <w:rPr>
          <w:rFonts w:cs="Times New Roman"/>
          <w:sz w:val="24"/>
          <w:szCs w:val="24"/>
        </w:rPr>
      </w:pPr>
      <w:proofErr w:type="spellStart"/>
      <w:r w:rsidRPr="0015166E">
        <w:rPr>
          <w:rFonts w:cs="Times New Roman"/>
          <w:sz w:val="24"/>
          <w:szCs w:val="24"/>
        </w:rPr>
        <w:t>Conducătorul</w:t>
      </w:r>
      <w:proofErr w:type="spellEnd"/>
      <w:r w:rsidRPr="0015166E">
        <w:rPr>
          <w:rFonts w:cs="Times New Roman"/>
          <w:sz w:val="24"/>
          <w:szCs w:val="24"/>
        </w:rPr>
        <w:t xml:space="preserve"> de </w:t>
      </w:r>
      <w:proofErr w:type="spellStart"/>
      <w:r w:rsidRPr="0015166E">
        <w:rPr>
          <w:rFonts w:cs="Times New Roman"/>
          <w:sz w:val="24"/>
          <w:szCs w:val="24"/>
        </w:rPr>
        <w:t>doctorat</w:t>
      </w:r>
      <w:proofErr w:type="spellEnd"/>
      <w:r w:rsidRPr="0015166E">
        <w:rPr>
          <w:rFonts w:cs="Times New Roman"/>
          <w:sz w:val="24"/>
          <w:szCs w:val="24"/>
        </w:rPr>
        <w:t xml:space="preserve">:  </w:t>
      </w:r>
    </w:p>
    <w:p w14:paraId="74007980" w14:textId="5CB8F33F" w:rsidR="004957DD" w:rsidRPr="0015166E" w:rsidRDefault="00000000">
      <w:pPr>
        <w:spacing w:after="60"/>
        <w:rPr>
          <w:rFonts w:cs="Times New Roman"/>
          <w:sz w:val="24"/>
          <w:szCs w:val="24"/>
        </w:rPr>
      </w:pPr>
      <w:proofErr w:type="spellStart"/>
      <w:r w:rsidRPr="0015166E">
        <w:rPr>
          <w:rFonts w:cs="Times New Roman"/>
          <w:i/>
          <w:sz w:val="24"/>
          <w:szCs w:val="24"/>
        </w:rPr>
        <w:t>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prenumele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gradul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 </w:t>
      </w:r>
      <w:proofErr w:type="spellStart"/>
      <w:r w:rsidRPr="0015166E">
        <w:rPr>
          <w:rFonts w:cs="Times New Roman"/>
          <w:i/>
          <w:sz w:val="24"/>
          <w:szCs w:val="24"/>
        </w:rPr>
        <w:t>și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09F154BD" w14:textId="77777777" w:rsidR="0015166E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Membrii comisiei de îndrumare </w:t>
      </w:r>
    </w:p>
    <w:p w14:paraId="514215EA" w14:textId="3A271F8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(1):  </w:t>
      </w:r>
      <w:proofErr w:type="spellStart"/>
      <w:r w:rsidRPr="0015166E">
        <w:rPr>
          <w:rFonts w:cs="Times New Roman"/>
          <w:i/>
          <w:sz w:val="24"/>
          <w:szCs w:val="24"/>
        </w:rPr>
        <w:t>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prenumele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gradul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6F4F99EE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(2):  </w:t>
      </w:r>
      <w:r w:rsidRPr="0015166E">
        <w:rPr>
          <w:rFonts w:cs="Times New Roman"/>
          <w:i/>
          <w:sz w:val="24"/>
          <w:szCs w:val="24"/>
        </w:rPr>
        <w:t>Numele, prenumele,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5BD13D30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(3):  </w:t>
      </w:r>
      <w:r w:rsidRPr="0015166E">
        <w:rPr>
          <w:rFonts w:cs="Times New Roman"/>
          <w:i/>
          <w:sz w:val="24"/>
          <w:szCs w:val="24"/>
        </w:rPr>
        <w:t>Numele, prenumele,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052552B4" w14:textId="77777777" w:rsidR="004957DD" w:rsidRPr="0015166E" w:rsidRDefault="00000000">
      <w:pPr>
        <w:spacing w:after="1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Aprobat la ședința Consiliului ȘD: PV nr. ____ din __________.</w:t>
      </w:r>
      <w:r w:rsidRPr="0015166E">
        <w:rPr>
          <w:rFonts w:cs="Times New Roman"/>
          <w:color w:val="000000"/>
          <w:sz w:val="24"/>
          <w:szCs w:val="24"/>
        </w:rPr>
        <w:t xml:space="preserve">  Promovat în anul următor: dispoziția directorului ȘD nr. </w:t>
      </w:r>
      <w:r w:rsidRPr="0015166E">
        <w:rPr>
          <w:rFonts w:cs="Times New Roman"/>
          <w:sz w:val="24"/>
          <w:szCs w:val="24"/>
        </w:rPr>
        <w:t>____</w:t>
      </w:r>
      <w:r w:rsidRPr="0015166E">
        <w:rPr>
          <w:rFonts w:cs="Times New Roman"/>
          <w:color w:val="000000"/>
          <w:sz w:val="24"/>
          <w:szCs w:val="24"/>
        </w:rPr>
        <w:t xml:space="preserve"> din </w:t>
      </w:r>
      <w:r w:rsidRPr="0015166E">
        <w:rPr>
          <w:rFonts w:cs="Times New Roman"/>
          <w:sz w:val="24"/>
          <w:szCs w:val="24"/>
        </w:rPr>
        <w:t>__________</w:t>
      </w:r>
      <w:r w:rsidRPr="0015166E">
        <w:rPr>
          <w:rFonts w:cs="Times New Roman"/>
          <w:color w:val="000000"/>
          <w:sz w:val="24"/>
          <w:szCs w:val="24"/>
        </w:rPr>
        <w:t xml:space="preserve"> (REG-14-ESTD, pct. 77).</w:t>
      </w:r>
    </w:p>
    <w:p w14:paraId="364507EA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2BA206F6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6C52181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675A4F59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A259E55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6977AF1B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415490E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A818CA2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7FE1C1B7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9DB6480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2D82E48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6B701FC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2E175236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FE3F103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4DFCE70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575ED24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5DA99CB0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71715260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6D4C749D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31F07641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14A1C990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2C494861" w14:textId="77777777" w:rsid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760BA323" w14:textId="77777777" w:rsidR="0015166E" w:rsidRP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03E264F6" w14:textId="0A4C9035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lastRenderedPageBreak/>
        <w:t xml:space="preserve">3.4. Anul IV – numai frecvență redusă – </w:t>
      </w:r>
      <w:r w:rsidRPr="0015166E">
        <w:rPr>
          <w:rFonts w:cs="Times New Roman"/>
          <w:color w:val="000000"/>
          <w:sz w:val="24"/>
          <w:szCs w:val="24"/>
        </w:rPr>
        <w:t>40 ECTS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2835"/>
      </w:tblGrid>
      <w:tr w:rsidR="004957DD" w:rsidRPr="0015166E" w14:paraId="56BA91E3" w14:textId="77777777">
        <w:trPr>
          <w:jc w:val="center"/>
        </w:trPr>
        <w:tc>
          <w:tcPr>
            <w:tcW w:w="567" w:type="dxa"/>
            <w:shd w:val="clear" w:color="auto" w:fill="D9E2F3"/>
          </w:tcPr>
          <w:p w14:paraId="1F47F33B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4819" w:type="dxa"/>
            <w:shd w:val="clear" w:color="auto" w:fill="D9E2F3"/>
          </w:tcPr>
          <w:p w14:paraId="264AEB50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Conținutul acțiunilor programate</w:t>
            </w:r>
          </w:p>
        </w:tc>
        <w:tc>
          <w:tcPr>
            <w:tcW w:w="1417" w:type="dxa"/>
            <w:shd w:val="clear" w:color="auto" w:fill="D9E2F3"/>
          </w:tcPr>
          <w:p w14:paraId="23321D7A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Termen</w:t>
            </w:r>
          </w:p>
        </w:tc>
        <w:tc>
          <w:tcPr>
            <w:tcW w:w="2835" w:type="dxa"/>
            <w:shd w:val="clear" w:color="auto" w:fill="D9E2F3"/>
          </w:tcPr>
          <w:p w14:paraId="54A19AC0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Rezultatele îndeplinirii</w:t>
            </w:r>
          </w:p>
        </w:tc>
      </w:tr>
      <w:tr w:rsidR="004957DD" w:rsidRPr="0015166E" w14:paraId="183AAD6D" w14:textId="77777777">
        <w:trPr>
          <w:jc w:val="center"/>
        </w:trPr>
        <w:tc>
          <w:tcPr>
            <w:tcW w:w="567" w:type="dxa"/>
          </w:tcPr>
          <w:p w14:paraId="4E7B9F02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778FFEFE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A364C5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01C4974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06D0BACC" w14:textId="77777777">
        <w:trPr>
          <w:jc w:val="center"/>
        </w:trPr>
        <w:tc>
          <w:tcPr>
            <w:tcW w:w="567" w:type="dxa"/>
          </w:tcPr>
          <w:p w14:paraId="1E1BF09D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30EA6B7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2A5395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ED5454E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2339CB8E" w14:textId="77777777">
        <w:trPr>
          <w:jc w:val="center"/>
        </w:trPr>
        <w:tc>
          <w:tcPr>
            <w:tcW w:w="567" w:type="dxa"/>
          </w:tcPr>
          <w:p w14:paraId="109AE886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14:paraId="21D709F0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1A50AF0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A16F5B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29FD9641" w14:textId="77777777">
        <w:trPr>
          <w:jc w:val="center"/>
        </w:trPr>
        <w:tc>
          <w:tcPr>
            <w:tcW w:w="567" w:type="dxa"/>
          </w:tcPr>
          <w:p w14:paraId="7B42C3B9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14:paraId="4B5B98C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01CF69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47EA7F1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76BC216" w14:textId="77777777" w:rsidR="0015166E" w:rsidRDefault="0015166E">
      <w:pPr>
        <w:spacing w:after="20"/>
        <w:rPr>
          <w:rFonts w:cs="Times New Roman"/>
          <w:b/>
          <w:sz w:val="24"/>
          <w:szCs w:val="24"/>
        </w:rPr>
      </w:pPr>
    </w:p>
    <w:p w14:paraId="0079FCF4" w14:textId="4380989E" w:rsidR="004957DD" w:rsidRPr="0015166E" w:rsidRDefault="00000000">
      <w:pPr>
        <w:spacing w:after="20"/>
        <w:rPr>
          <w:rFonts w:cs="Times New Roman"/>
          <w:sz w:val="24"/>
          <w:szCs w:val="24"/>
        </w:rPr>
      </w:pPr>
      <w:proofErr w:type="spellStart"/>
      <w:r w:rsidRPr="0015166E">
        <w:rPr>
          <w:rFonts w:cs="Times New Roman"/>
          <w:b/>
          <w:sz w:val="24"/>
          <w:szCs w:val="24"/>
        </w:rPr>
        <w:t>Concluzia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</w:t>
      </w:r>
      <w:proofErr w:type="spellStart"/>
      <w:r w:rsidRPr="0015166E">
        <w:rPr>
          <w:rFonts w:cs="Times New Roman"/>
          <w:b/>
          <w:sz w:val="24"/>
          <w:szCs w:val="24"/>
        </w:rPr>
        <w:t>comisiei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de </w:t>
      </w:r>
      <w:proofErr w:type="spellStart"/>
      <w:r w:rsidRPr="0015166E">
        <w:rPr>
          <w:rFonts w:cs="Times New Roman"/>
          <w:b/>
          <w:sz w:val="24"/>
          <w:szCs w:val="24"/>
        </w:rPr>
        <w:t>îndrumare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</w:t>
      </w:r>
      <w:proofErr w:type="spellStart"/>
      <w:r w:rsidRPr="0015166E">
        <w:rPr>
          <w:rFonts w:cs="Times New Roman"/>
          <w:b/>
          <w:sz w:val="24"/>
          <w:szCs w:val="24"/>
        </w:rPr>
        <w:t>și</w:t>
      </w:r>
      <w:proofErr w:type="spellEnd"/>
      <w:r w:rsidRPr="0015166E">
        <w:rPr>
          <w:rFonts w:cs="Times New Roman"/>
          <w:b/>
          <w:sz w:val="24"/>
          <w:szCs w:val="24"/>
        </w:rPr>
        <w:t xml:space="preserve"> a conducătorului privind realizarea programului anului IV: </w:t>
      </w:r>
    </w:p>
    <w:p w14:paraId="62E9DF1A" w14:textId="377E5AF2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4120C6B5" w14:textId="0573B8AE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2173E007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Conducătorul de doctorat:  </w:t>
      </w:r>
      <w:r w:rsidRPr="0015166E">
        <w:rPr>
          <w:rFonts w:cs="Times New Roman"/>
          <w:i/>
          <w:sz w:val="24"/>
          <w:szCs w:val="24"/>
        </w:rPr>
        <w:t>Numele, prenumele,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4ACEB6D4" w14:textId="77777777" w:rsidR="0015166E" w:rsidRPr="0015166E" w:rsidRDefault="0015166E">
      <w:pPr>
        <w:spacing w:after="60"/>
        <w:rPr>
          <w:rFonts w:cs="Times New Roman"/>
          <w:sz w:val="24"/>
          <w:szCs w:val="24"/>
        </w:rPr>
      </w:pPr>
    </w:p>
    <w:p w14:paraId="5F95A6B5" w14:textId="0B294F2A" w:rsidR="0015166E" w:rsidRPr="0015166E" w:rsidRDefault="00000000">
      <w:pPr>
        <w:spacing w:after="60"/>
        <w:rPr>
          <w:rFonts w:cs="Times New Roman"/>
          <w:sz w:val="24"/>
          <w:szCs w:val="24"/>
        </w:rPr>
      </w:pPr>
      <w:proofErr w:type="spellStart"/>
      <w:r w:rsidRPr="0015166E">
        <w:rPr>
          <w:rFonts w:cs="Times New Roman"/>
          <w:sz w:val="24"/>
          <w:szCs w:val="24"/>
        </w:rPr>
        <w:t>Membrii</w:t>
      </w:r>
      <w:proofErr w:type="spellEnd"/>
      <w:r w:rsidRPr="0015166E">
        <w:rPr>
          <w:rFonts w:cs="Times New Roman"/>
          <w:sz w:val="24"/>
          <w:szCs w:val="24"/>
        </w:rPr>
        <w:t xml:space="preserve"> </w:t>
      </w:r>
      <w:proofErr w:type="spellStart"/>
      <w:r w:rsidRPr="0015166E">
        <w:rPr>
          <w:rFonts w:cs="Times New Roman"/>
          <w:sz w:val="24"/>
          <w:szCs w:val="24"/>
        </w:rPr>
        <w:t>comisiei</w:t>
      </w:r>
      <w:proofErr w:type="spellEnd"/>
      <w:r w:rsidRPr="0015166E">
        <w:rPr>
          <w:rFonts w:cs="Times New Roman"/>
          <w:sz w:val="24"/>
          <w:szCs w:val="24"/>
        </w:rPr>
        <w:t xml:space="preserve"> de </w:t>
      </w:r>
      <w:proofErr w:type="spellStart"/>
      <w:r w:rsidRPr="0015166E">
        <w:rPr>
          <w:rFonts w:cs="Times New Roman"/>
          <w:sz w:val="24"/>
          <w:szCs w:val="24"/>
        </w:rPr>
        <w:t>îndrumare</w:t>
      </w:r>
      <w:proofErr w:type="spellEnd"/>
      <w:r w:rsidRPr="0015166E">
        <w:rPr>
          <w:rFonts w:cs="Times New Roman"/>
          <w:sz w:val="24"/>
          <w:szCs w:val="24"/>
        </w:rPr>
        <w:t xml:space="preserve"> </w:t>
      </w:r>
    </w:p>
    <w:p w14:paraId="756630F3" w14:textId="114D5A80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(1):  </w:t>
      </w:r>
      <w:proofErr w:type="spellStart"/>
      <w:r w:rsidRPr="0015166E">
        <w:rPr>
          <w:rFonts w:cs="Times New Roman"/>
          <w:i/>
          <w:sz w:val="24"/>
          <w:szCs w:val="24"/>
        </w:rPr>
        <w:t>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prenumele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gradul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6C70D442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(2):  </w:t>
      </w:r>
      <w:r w:rsidRPr="0015166E">
        <w:rPr>
          <w:rFonts w:cs="Times New Roman"/>
          <w:i/>
          <w:sz w:val="24"/>
          <w:szCs w:val="24"/>
        </w:rPr>
        <w:t>Numele, prenumele,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3F8BDD17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(3):  </w:t>
      </w:r>
      <w:r w:rsidRPr="0015166E">
        <w:rPr>
          <w:rFonts w:cs="Times New Roman"/>
          <w:i/>
          <w:sz w:val="24"/>
          <w:szCs w:val="24"/>
        </w:rPr>
        <w:t>Numele, prenumele,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73AD9198" w14:textId="77777777" w:rsidR="004957DD" w:rsidRPr="0015166E" w:rsidRDefault="00000000">
      <w:pPr>
        <w:spacing w:after="1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Aprobat la ședința Consiliului ȘD: PV nr. ____ din __________.</w:t>
      </w:r>
    </w:p>
    <w:p w14:paraId="27C00CA9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2394749E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733CF285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5C7FCB12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2F289E1B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5732D817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03132AB2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34D985D5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7120ED8C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744914E7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3B412210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2B2DE586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7DF51DF1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4403F91B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0F88007D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3A372651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6FF9B707" w14:textId="77777777" w:rsidR="0015166E" w:rsidRDefault="0015166E">
      <w:pPr>
        <w:spacing w:after="160"/>
        <w:rPr>
          <w:rFonts w:cs="Times New Roman"/>
          <w:sz w:val="24"/>
          <w:szCs w:val="24"/>
        </w:rPr>
      </w:pPr>
    </w:p>
    <w:p w14:paraId="51BC6439" w14:textId="77777777" w:rsidR="0015166E" w:rsidRPr="0015166E" w:rsidRDefault="0015166E">
      <w:pPr>
        <w:spacing w:after="160"/>
        <w:rPr>
          <w:rFonts w:cs="Times New Roman"/>
          <w:sz w:val="24"/>
          <w:szCs w:val="24"/>
        </w:rPr>
      </w:pPr>
    </w:p>
    <w:p w14:paraId="64B7770B" w14:textId="77777777" w:rsidR="004957DD" w:rsidRPr="0015166E" w:rsidRDefault="00000000">
      <w:pPr>
        <w:spacing w:after="8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4. EVIDENȚA REZULTATELOR</w:t>
      </w:r>
    </w:p>
    <w:p w14:paraId="6D5EC061" w14:textId="77777777" w:rsidR="004957DD" w:rsidRPr="0015166E" w:rsidRDefault="00000000">
      <w:pPr>
        <w:spacing w:after="8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4.1. Rezultatele evaluărilor la programul de pregătire avansată – conform secțiunii 2 și certificatului academic eliberat de Școala Doctorală.</w:t>
      </w:r>
    </w:p>
    <w:p w14:paraId="67072BD8" w14:textId="77777777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4.2. Susținerea publică a referatelor de cercetare</w:t>
      </w:r>
      <w:r w:rsidRPr="0015166E">
        <w:rPr>
          <w:rFonts w:cs="Times New Roman"/>
          <w:color w:val="000000"/>
          <w:sz w:val="24"/>
          <w:szCs w:val="24"/>
        </w:rPr>
        <w:t xml:space="preserve"> (HG 1007, pct. 155; numerotare 1–4, ca în Planul de învățământ)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1134"/>
        <w:gridCol w:w="4139"/>
        <w:gridCol w:w="1531"/>
        <w:gridCol w:w="1587"/>
      </w:tblGrid>
      <w:tr w:rsidR="004957DD" w:rsidRPr="0015166E" w14:paraId="602BF129" w14:textId="77777777">
        <w:trPr>
          <w:jc w:val="center"/>
        </w:trPr>
        <w:tc>
          <w:tcPr>
            <w:tcW w:w="1247" w:type="dxa"/>
            <w:shd w:val="clear" w:color="auto" w:fill="D9E2F3"/>
          </w:tcPr>
          <w:p w14:paraId="1929D8C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Referatul</w:t>
            </w:r>
          </w:p>
        </w:tc>
        <w:tc>
          <w:tcPr>
            <w:tcW w:w="1134" w:type="dxa"/>
            <w:shd w:val="clear" w:color="auto" w:fill="D9E2F3"/>
          </w:tcPr>
          <w:p w14:paraId="756F40C8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Anul de studii</w:t>
            </w:r>
          </w:p>
        </w:tc>
        <w:tc>
          <w:tcPr>
            <w:tcW w:w="4139" w:type="dxa"/>
            <w:shd w:val="clear" w:color="auto" w:fill="D9E2F3"/>
          </w:tcPr>
          <w:p w14:paraId="481532B7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Tema referatului</w:t>
            </w:r>
          </w:p>
        </w:tc>
        <w:tc>
          <w:tcPr>
            <w:tcW w:w="1531" w:type="dxa"/>
            <w:shd w:val="clear" w:color="auto" w:fill="D9E2F3"/>
          </w:tcPr>
          <w:p w14:paraId="70476C45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Data susținerii</w:t>
            </w:r>
          </w:p>
        </w:tc>
        <w:tc>
          <w:tcPr>
            <w:tcW w:w="1587" w:type="dxa"/>
            <w:shd w:val="clear" w:color="auto" w:fill="D9E2F3"/>
          </w:tcPr>
          <w:p w14:paraId="7F119271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Calificativul</w:t>
            </w:r>
          </w:p>
        </w:tc>
      </w:tr>
      <w:tr w:rsidR="004957DD" w:rsidRPr="0015166E" w14:paraId="710D61E4" w14:textId="77777777">
        <w:trPr>
          <w:jc w:val="center"/>
        </w:trPr>
        <w:tc>
          <w:tcPr>
            <w:tcW w:w="1247" w:type="dxa"/>
          </w:tcPr>
          <w:p w14:paraId="10CF9255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Referat 1</w:t>
            </w:r>
          </w:p>
        </w:tc>
        <w:tc>
          <w:tcPr>
            <w:tcW w:w="1134" w:type="dxa"/>
          </w:tcPr>
          <w:p w14:paraId="062D7198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186B75D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6D95681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17C80FA8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5413ED99" w14:textId="77777777">
        <w:trPr>
          <w:jc w:val="center"/>
        </w:trPr>
        <w:tc>
          <w:tcPr>
            <w:tcW w:w="1247" w:type="dxa"/>
          </w:tcPr>
          <w:p w14:paraId="29715B12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Referat 2</w:t>
            </w:r>
          </w:p>
        </w:tc>
        <w:tc>
          <w:tcPr>
            <w:tcW w:w="1134" w:type="dxa"/>
          </w:tcPr>
          <w:p w14:paraId="7CBF82F3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5A0F9412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22B050AE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6113EA64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14EBC09F" w14:textId="77777777">
        <w:trPr>
          <w:jc w:val="center"/>
        </w:trPr>
        <w:tc>
          <w:tcPr>
            <w:tcW w:w="1247" w:type="dxa"/>
          </w:tcPr>
          <w:p w14:paraId="1B8ED64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Referat 3</w:t>
            </w:r>
          </w:p>
        </w:tc>
        <w:tc>
          <w:tcPr>
            <w:tcW w:w="1134" w:type="dxa"/>
          </w:tcPr>
          <w:p w14:paraId="51C0525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5A24A66E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4B11B256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00F3680F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3B740845" w14:textId="77777777">
        <w:trPr>
          <w:jc w:val="center"/>
        </w:trPr>
        <w:tc>
          <w:tcPr>
            <w:tcW w:w="1247" w:type="dxa"/>
          </w:tcPr>
          <w:p w14:paraId="33495DF1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Referat 4</w:t>
            </w:r>
          </w:p>
        </w:tc>
        <w:tc>
          <w:tcPr>
            <w:tcW w:w="1134" w:type="dxa"/>
          </w:tcPr>
          <w:p w14:paraId="20A5C526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139" w:type="dxa"/>
          </w:tcPr>
          <w:p w14:paraId="128915CA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14:paraId="3015B373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14:paraId="4B92026E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D4E060C" w14:textId="77777777" w:rsidR="0015166E" w:rsidRP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6D6E1A2D" w14:textId="7748C22C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4.3. Prezentarea tezei pe capitole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4139"/>
        <w:gridCol w:w="1417"/>
        <w:gridCol w:w="1417"/>
        <w:gridCol w:w="1417"/>
      </w:tblGrid>
      <w:tr w:rsidR="004957DD" w:rsidRPr="0015166E" w14:paraId="535990E5" w14:textId="77777777">
        <w:trPr>
          <w:jc w:val="center"/>
        </w:trPr>
        <w:tc>
          <w:tcPr>
            <w:tcW w:w="1247" w:type="dxa"/>
            <w:shd w:val="clear" w:color="auto" w:fill="D9E2F3"/>
          </w:tcPr>
          <w:p w14:paraId="33EF2BC1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Capitolul</w:t>
            </w:r>
          </w:p>
        </w:tc>
        <w:tc>
          <w:tcPr>
            <w:tcW w:w="4139" w:type="dxa"/>
            <w:shd w:val="clear" w:color="auto" w:fill="D9E2F3"/>
          </w:tcPr>
          <w:p w14:paraId="796E6B3E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Tema capitolului</w:t>
            </w:r>
          </w:p>
        </w:tc>
        <w:tc>
          <w:tcPr>
            <w:tcW w:w="1417" w:type="dxa"/>
            <w:shd w:val="clear" w:color="auto" w:fill="D9E2F3"/>
          </w:tcPr>
          <w:p w14:paraId="1C152B74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Data programată</w:t>
            </w:r>
          </w:p>
        </w:tc>
        <w:tc>
          <w:tcPr>
            <w:tcW w:w="1417" w:type="dxa"/>
            <w:shd w:val="clear" w:color="auto" w:fill="D9E2F3"/>
          </w:tcPr>
          <w:p w14:paraId="7330B344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Data prezentării</w:t>
            </w:r>
          </w:p>
        </w:tc>
        <w:tc>
          <w:tcPr>
            <w:tcW w:w="1417" w:type="dxa"/>
            <w:shd w:val="clear" w:color="auto" w:fill="D9E2F3"/>
          </w:tcPr>
          <w:p w14:paraId="2E5A2566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Calificativul</w:t>
            </w:r>
          </w:p>
        </w:tc>
      </w:tr>
      <w:tr w:rsidR="004957DD" w:rsidRPr="0015166E" w14:paraId="2E77836F" w14:textId="77777777">
        <w:trPr>
          <w:jc w:val="center"/>
        </w:trPr>
        <w:tc>
          <w:tcPr>
            <w:tcW w:w="1247" w:type="dxa"/>
          </w:tcPr>
          <w:p w14:paraId="2E188F0A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4139" w:type="dxa"/>
          </w:tcPr>
          <w:p w14:paraId="7F34310B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04A7EF7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F588E6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A9197C1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091C4339" w14:textId="77777777">
        <w:trPr>
          <w:jc w:val="center"/>
        </w:trPr>
        <w:tc>
          <w:tcPr>
            <w:tcW w:w="1247" w:type="dxa"/>
          </w:tcPr>
          <w:p w14:paraId="39F9F544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4139" w:type="dxa"/>
          </w:tcPr>
          <w:p w14:paraId="45431788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EA907A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6B56A83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C42DC2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20B798D5" w14:textId="77777777">
        <w:trPr>
          <w:jc w:val="center"/>
        </w:trPr>
        <w:tc>
          <w:tcPr>
            <w:tcW w:w="1247" w:type="dxa"/>
          </w:tcPr>
          <w:p w14:paraId="1C4B89B9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4139" w:type="dxa"/>
          </w:tcPr>
          <w:p w14:paraId="18EF3189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4C1882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54EE7F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4E4B9D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6D6BF678" w14:textId="77777777">
        <w:trPr>
          <w:jc w:val="center"/>
        </w:trPr>
        <w:tc>
          <w:tcPr>
            <w:tcW w:w="1247" w:type="dxa"/>
          </w:tcPr>
          <w:p w14:paraId="3E6EF234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4139" w:type="dxa"/>
          </w:tcPr>
          <w:p w14:paraId="414E9207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44E7E9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81DFE3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76E63F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31E32719" w14:textId="77777777">
        <w:trPr>
          <w:jc w:val="center"/>
        </w:trPr>
        <w:tc>
          <w:tcPr>
            <w:tcW w:w="1247" w:type="dxa"/>
          </w:tcPr>
          <w:p w14:paraId="61DB55E6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sz w:val="24"/>
                <w:szCs w:val="24"/>
              </w:rPr>
              <w:t>Teza integral</w:t>
            </w:r>
          </w:p>
        </w:tc>
        <w:tc>
          <w:tcPr>
            <w:tcW w:w="4139" w:type="dxa"/>
          </w:tcPr>
          <w:p w14:paraId="367B3F95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43079A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877BEE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AA4343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725FC80A" w14:textId="77777777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4.4. Publicații științifice și obiecte de proprietate intelectuală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6406"/>
        <w:gridCol w:w="1984"/>
      </w:tblGrid>
      <w:tr w:rsidR="004957DD" w:rsidRPr="0015166E" w14:paraId="76ABE58D" w14:textId="77777777">
        <w:trPr>
          <w:jc w:val="center"/>
        </w:trPr>
        <w:tc>
          <w:tcPr>
            <w:tcW w:w="1247" w:type="dxa"/>
            <w:shd w:val="clear" w:color="auto" w:fill="D9E2F3"/>
          </w:tcPr>
          <w:p w14:paraId="5F8A1F4B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Anul de studii</w:t>
            </w:r>
          </w:p>
        </w:tc>
        <w:tc>
          <w:tcPr>
            <w:tcW w:w="6406" w:type="dxa"/>
            <w:shd w:val="clear" w:color="auto" w:fill="D9E2F3"/>
          </w:tcPr>
          <w:p w14:paraId="50DF5D3B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Referința completă (autori, titlu, revistă/volum, nr., pagini, DOI/link) / titlul de protecție OPI</w:t>
            </w:r>
          </w:p>
        </w:tc>
        <w:tc>
          <w:tcPr>
            <w:tcW w:w="1984" w:type="dxa"/>
            <w:shd w:val="clear" w:color="auto" w:fill="D9E2F3"/>
          </w:tcPr>
          <w:p w14:paraId="24088A3C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Categoria (Anexa nr. 1: P1–P8)</w:t>
            </w:r>
          </w:p>
        </w:tc>
      </w:tr>
      <w:tr w:rsidR="004957DD" w:rsidRPr="0015166E" w14:paraId="11AA3AE2" w14:textId="77777777">
        <w:trPr>
          <w:jc w:val="center"/>
        </w:trPr>
        <w:tc>
          <w:tcPr>
            <w:tcW w:w="1247" w:type="dxa"/>
          </w:tcPr>
          <w:p w14:paraId="3B92568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14:paraId="780F0A27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4057D71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338B0A52" w14:textId="77777777">
        <w:trPr>
          <w:jc w:val="center"/>
        </w:trPr>
        <w:tc>
          <w:tcPr>
            <w:tcW w:w="1247" w:type="dxa"/>
          </w:tcPr>
          <w:p w14:paraId="4AA1BA0E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14:paraId="396B8FA4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725746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4F0BE97A" w14:textId="77777777">
        <w:trPr>
          <w:jc w:val="center"/>
        </w:trPr>
        <w:tc>
          <w:tcPr>
            <w:tcW w:w="1247" w:type="dxa"/>
          </w:tcPr>
          <w:p w14:paraId="7817C939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14:paraId="438F7CF4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2B97008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36507EEC" w14:textId="77777777">
        <w:trPr>
          <w:jc w:val="center"/>
        </w:trPr>
        <w:tc>
          <w:tcPr>
            <w:tcW w:w="1247" w:type="dxa"/>
          </w:tcPr>
          <w:p w14:paraId="1708CFDB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06" w:type="dxa"/>
          </w:tcPr>
          <w:p w14:paraId="481AB290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3412C62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4921FCF9" w14:textId="77777777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4.5. Participarea la conferințe, stagii, mobilități și alte activități aferente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3402"/>
        <w:gridCol w:w="2551"/>
        <w:gridCol w:w="1134"/>
        <w:gridCol w:w="1304"/>
      </w:tblGrid>
      <w:tr w:rsidR="004957DD" w:rsidRPr="0015166E" w14:paraId="76E53A5D" w14:textId="77777777">
        <w:trPr>
          <w:jc w:val="center"/>
        </w:trPr>
        <w:tc>
          <w:tcPr>
            <w:tcW w:w="1247" w:type="dxa"/>
            <w:shd w:val="clear" w:color="auto" w:fill="D9E2F3"/>
          </w:tcPr>
          <w:p w14:paraId="37F2C31C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Anul de studii</w:t>
            </w:r>
          </w:p>
        </w:tc>
        <w:tc>
          <w:tcPr>
            <w:tcW w:w="3402" w:type="dxa"/>
            <w:shd w:val="clear" w:color="auto" w:fill="D9E2F3"/>
          </w:tcPr>
          <w:p w14:paraId="7733DD2A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Denumirea comunicării / activității</w:t>
            </w:r>
          </w:p>
        </w:tc>
        <w:tc>
          <w:tcPr>
            <w:tcW w:w="2551" w:type="dxa"/>
            <w:shd w:val="clear" w:color="auto" w:fill="D9E2F3"/>
          </w:tcPr>
          <w:p w14:paraId="1BB885DA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Conferința / instituția, locul</w:t>
            </w:r>
          </w:p>
        </w:tc>
        <w:tc>
          <w:tcPr>
            <w:tcW w:w="1134" w:type="dxa"/>
            <w:shd w:val="clear" w:color="auto" w:fill="D9E2F3"/>
          </w:tcPr>
          <w:p w14:paraId="10F3BDC3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304" w:type="dxa"/>
            <w:shd w:val="clear" w:color="auto" w:fill="D9E2F3"/>
          </w:tcPr>
          <w:p w14:paraId="71C392D7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Categoria (AF1–AF8)</w:t>
            </w:r>
          </w:p>
        </w:tc>
      </w:tr>
      <w:tr w:rsidR="004957DD" w:rsidRPr="0015166E" w14:paraId="4D913BDD" w14:textId="77777777">
        <w:trPr>
          <w:jc w:val="center"/>
        </w:trPr>
        <w:tc>
          <w:tcPr>
            <w:tcW w:w="1247" w:type="dxa"/>
          </w:tcPr>
          <w:p w14:paraId="52FCF027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C95F770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042536A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86C72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14:paraId="7C93CFA1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2CE1E015" w14:textId="77777777">
        <w:trPr>
          <w:jc w:val="center"/>
        </w:trPr>
        <w:tc>
          <w:tcPr>
            <w:tcW w:w="1247" w:type="dxa"/>
          </w:tcPr>
          <w:p w14:paraId="57B2682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253467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FC3EF77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C6A224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14:paraId="514706EF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1D8CE9E7" w14:textId="77777777">
        <w:trPr>
          <w:jc w:val="center"/>
        </w:trPr>
        <w:tc>
          <w:tcPr>
            <w:tcW w:w="1247" w:type="dxa"/>
          </w:tcPr>
          <w:p w14:paraId="705E56A0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E2E1F86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A7C4AFE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55E119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2A92212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1EF89EFB" w14:textId="77777777">
        <w:trPr>
          <w:jc w:val="center"/>
        </w:trPr>
        <w:tc>
          <w:tcPr>
            <w:tcW w:w="1247" w:type="dxa"/>
          </w:tcPr>
          <w:p w14:paraId="41F602D5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D77CE6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6DF3D07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34F53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3B0C169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7CF16F32" w14:textId="77777777" w:rsidR="0015166E" w:rsidRPr="0015166E" w:rsidRDefault="0015166E">
      <w:pPr>
        <w:spacing w:after="40"/>
        <w:rPr>
          <w:rFonts w:cs="Times New Roman"/>
          <w:b/>
          <w:sz w:val="24"/>
          <w:szCs w:val="24"/>
        </w:rPr>
      </w:pPr>
    </w:p>
    <w:p w14:paraId="42F7C1C0" w14:textId="61FE8998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4.6. Proiecte de cercetare naționale și internaționale la care participă doctorandul</w:t>
      </w:r>
    </w:p>
    <w:p w14:paraId="35D0AFED" w14:textId="435DCA9B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21F9F463" w14:textId="0032655E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0D2132EA" w14:textId="77777777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4.7. Activitatea didactică a doctorandului (dacă este cazul)</w:t>
      </w:r>
    </w:p>
    <w:p w14:paraId="4DAAF048" w14:textId="28677E73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31D0D99E" w14:textId="256AB734" w:rsidR="004957DD" w:rsidRPr="0015166E" w:rsidRDefault="00000000">
      <w:pPr>
        <w:spacing w:after="4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>________________________________________________________________________________</w:t>
      </w:r>
    </w:p>
    <w:p w14:paraId="2191764B" w14:textId="77777777" w:rsidR="0015166E" w:rsidRDefault="0015166E">
      <w:pPr>
        <w:spacing w:after="80"/>
        <w:rPr>
          <w:rFonts w:cs="Times New Roman"/>
          <w:b/>
          <w:sz w:val="24"/>
          <w:szCs w:val="24"/>
        </w:rPr>
      </w:pPr>
    </w:p>
    <w:p w14:paraId="4A163DA5" w14:textId="77777777" w:rsidR="0015166E" w:rsidRDefault="0015166E">
      <w:pPr>
        <w:spacing w:after="80"/>
        <w:rPr>
          <w:rFonts w:cs="Times New Roman"/>
          <w:b/>
          <w:sz w:val="24"/>
          <w:szCs w:val="24"/>
        </w:rPr>
      </w:pPr>
    </w:p>
    <w:p w14:paraId="3439459C" w14:textId="6473D098" w:rsidR="004957DD" w:rsidRPr="0015166E" w:rsidRDefault="00000000">
      <w:pPr>
        <w:spacing w:after="8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>5. FINALIZAREA STUDIILOR ȘI SUSȚINEREA TEZEI DE DOCTORAT</w:t>
      </w:r>
    </w:p>
    <w:p w14:paraId="143048E4" w14:textId="77777777" w:rsidR="004957DD" w:rsidRPr="0015166E" w:rsidRDefault="00000000">
      <w:pPr>
        <w:pBdr>
          <w:bottom w:val="single" w:sz="12" w:space="1" w:color="auto"/>
        </w:pBdr>
        <w:spacing w:after="20"/>
        <w:rPr>
          <w:rFonts w:cs="Times New Roman"/>
          <w:sz w:val="24"/>
          <w:szCs w:val="24"/>
        </w:rPr>
      </w:pPr>
      <w:r w:rsidRPr="0015166E">
        <w:rPr>
          <w:rFonts w:cs="Times New Roman"/>
          <w:b/>
          <w:sz w:val="24"/>
          <w:szCs w:val="24"/>
        </w:rPr>
        <w:t xml:space="preserve">Titlul final al tezei (în limba română și, după caz, în limba engleză): </w:t>
      </w:r>
    </w:p>
    <w:p w14:paraId="5A476F49" w14:textId="77777777" w:rsidR="0015166E" w:rsidRDefault="0015166E">
      <w:pPr>
        <w:pBdr>
          <w:bottom w:val="single" w:sz="12" w:space="1" w:color="auto"/>
        </w:pBdr>
        <w:spacing w:after="40"/>
        <w:rPr>
          <w:rFonts w:cs="Times New Roman"/>
          <w:sz w:val="24"/>
          <w:szCs w:val="24"/>
        </w:rPr>
      </w:pPr>
    </w:p>
    <w:p w14:paraId="6DB20653" w14:textId="77777777" w:rsidR="0015166E" w:rsidRPr="0015166E" w:rsidRDefault="0015166E">
      <w:pPr>
        <w:pBdr>
          <w:bottom w:val="single" w:sz="12" w:space="1" w:color="auto"/>
        </w:pBdr>
        <w:spacing w:after="40"/>
        <w:rPr>
          <w:rFonts w:cs="Times New Roman"/>
          <w:sz w:val="24"/>
          <w:szCs w:val="24"/>
        </w:rPr>
      </w:pPr>
    </w:p>
    <w:p w14:paraId="49A709B7" w14:textId="77777777" w:rsidR="0015166E" w:rsidRDefault="0015166E">
      <w:pPr>
        <w:spacing w:after="40"/>
        <w:rPr>
          <w:rFonts w:cs="Times New Roman"/>
          <w:sz w:val="24"/>
          <w:szCs w:val="24"/>
        </w:rPr>
      </w:pPr>
    </w:p>
    <w:p w14:paraId="4F4E6172" w14:textId="77777777" w:rsidR="0015166E" w:rsidRDefault="0015166E">
      <w:pPr>
        <w:spacing w:after="40"/>
        <w:rPr>
          <w:rFonts w:cs="Times New Roman"/>
          <w:sz w:val="24"/>
          <w:szCs w:val="24"/>
        </w:rPr>
      </w:pPr>
    </w:p>
    <w:p w14:paraId="66611940" w14:textId="77777777" w:rsidR="0015166E" w:rsidRDefault="0015166E">
      <w:pPr>
        <w:spacing w:after="40"/>
        <w:rPr>
          <w:rFonts w:cs="Times New Roman"/>
          <w:sz w:val="24"/>
          <w:szCs w:val="24"/>
        </w:rPr>
      </w:pPr>
    </w:p>
    <w:p w14:paraId="03130AFA" w14:textId="77777777" w:rsidR="0015166E" w:rsidRPr="0015166E" w:rsidRDefault="0015166E">
      <w:pPr>
        <w:spacing w:after="40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1701"/>
        <w:gridCol w:w="2835"/>
      </w:tblGrid>
      <w:tr w:rsidR="004957DD" w:rsidRPr="0015166E" w14:paraId="2D1D92A2" w14:textId="77777777">
        <w:trPr>
          <w:jc w:val="center"/>
        </w:trPr>
        <w:tc>
          <w:tcPr>
            <w:tcW w:w="5102" w:type="dxa"/>
            <w:shd w:val="clear" w:color="auto" w:fill="D9E2F3"/>
          </w:tcPr>
          <w:p w14:paraId="63A7160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Etapa (MET-0-ESTD)</w:t>
            </w:r>
          </w:p>
        </w:tc>
        <w:tc>
          <w:tcPr>
            <w:tcW w:w="1701" w:type="dxa"/>
            <w:shd w:val="clear" w:color="auto" w:fill="D9E2F3"/>
          </w:tcPr>
          <w:p w14:paraId="1C0637BC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835" w:type="dxa"/>
            <w:shd w:val="clear" w:color="auto" w:fill="D9E2F3"/>
          </w:tcPr>
          <w:p w14:paraId="3594EB8F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b/>
                <w:sz w:val="24"/>
                <w:szCs w:val="24"/>
              </w:rPr>
              <w:t>Decizia / PV nr.</w:t>
            </w:r>
          </w:p>
        </w:tc>
      </w:tr>
      <w:tr w:rsidR="004957DD" w:rsidRPr="0015166E" w14:paraId="1AE2715B" w14:textId="77777777">
        <w:trPr>
          <w:jc w:val="center"/>
        </w:trPr>
        <w:tc>
          <w:tcPr>
            <w:tcW w:w="5102" w:type="dxa"/>
          </w:tcPr>
          <w:p w14:paraId="628F27D7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color w:val="000000"/>
                <w:sz w:val="24"/>
                <w:szCs w:val="24"/>
              </w:rPr>
              <w:t>Examinarea tezei la unitatea primară</w:t>
            </w:r>
          </w:p>
        </w:tc>
        <w:tc>
          <w:tcPr>
            <w:tcW w:w="1701" w:type="dxa"/>
          </w:tcPr>
          <w:p w14:paraId="28F85EE4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5D0700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2B07A1ED" w14:textId="77777777">
        <w:trPr>
          <w:jc w:val="center"/>
        </w:trPr>
        <w:tc>
          <w:tcPr>
            <w:tcW w:w="5102" w:type="dxa"/>
          </w:tcPr>
          <w:p w14:paraId="7C23682D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color w:val="000000"/>
                <w:sz w:val="24"/>
                <w:szCs w:val="24"/>
              </w:rPr>
              <w:t>Examinarea tezei la Seminarul Științific</w:t>
            </w:r>
          </w:p>
        </w:tc>
        <w:tc>
          <w:tcPr>
            <w:tcW w:w="1701" w:type="dxa"/>
          </w:tcPr>
          <w:p w14:paraId="7560886C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35E7DAA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4957DD" w:rsidRPr="0015166E" w14:paraId="5E7B573E" w14:textId="77777777">
        <w:trPr>
          <w:jc w:val="center"/>
        </w:trPr>
        <w:tc>
          <w:tcPr>
            <w:tcW w:w="5102" w:type="dxa"/>
          </w:tcPr>
          <w:p w14:paraId="5EDBB94B" w14:textId="77777777" w:rsidR="004957DD" w:rsidRPr="0015166E" w:rsidRDefault="00000000">
            <w:pPr>
              <w:rPr>
                <w:rFonts w:cs="Times New Roman"/>
                <w:sz w:val="24"/>
                <w:szCs w:val="24"/>
              </w:rPr>
            </w:pPr>
            <w:r w:rsidRPr="0015166E">
              <w:rPr>
                <w:rFonts w:cs="Times New Roman"/>
                <w:color w:val="000000"/>
                <w:sz w:val="24"/>
                <w:szCs w:val="24"/>
              </w:rPr>
              <w:t>Susținerea publică în fața Comisiei de doctorat (comisia de susținere publică)</w:t>
            </w:r>
          </w:p>
        </w:tc>
        <w:tc>
          <w:tcPr>
            <w:tcW w:w="1701" w:type="dxa"/>
          </w:tcPr>
          <w:p w14:paraId="2E6054EE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0A6EA67" w14:textId="77777777" w:rsidR="004957DD" w:rsidRPr="0015166E" w:rsidRDefault="004957DD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3CCEDFF5" w14:textId="77777777" w:rsidR="004957DD" w:rsidRPr="0015166E" w:rsidRDefault="004957DD">
      <w:pPr>
        <w:spacing w:after="120"/>
        <w:rPr>
          <w:rFonts w:cs="Times New Roman"/>
          <w:sz w:val="24"/>
          <w:szCs w:val="24"/>
        </w:rPr>
      </w:pPr>
    </w:p>
    <w:p w14:paraId="67728C33" w14:textId="77777777" w:rsidR="004957DD" w:rsidRPr="0015166E" w:rsidRDefault="00000000">
      <w:pPr>
        <w:spacing w:after="60"/>
        <w:rPr>
          <w:rFonts w:cs="Times New Roman"/>
          <w:sz w:val="24"/>
          <w:szCs w:val="24"/>
        </w:rPr>
      </w:pPr>
      <w:r w:rsidRPr="0015166E">
        <w:rPr>
          <w:rFonts w:cs="Times New Roman"/>
          <w:sz w:val="24"/>
          <w:szCs w:val="24"/>
        </w:rPr>
        <w:t xml:space="preserve">Conducătorul de doctorat:  </w:t>
      </w:r>
      <w:r w:rsidRPr="0015166E">
        <w:rPr>
          <w:rFonts w:cs="Times New Roman"/>
          <w:i/>
          <w:sz w:val="24"/>
          <w:szCs w:val="24"/>
        </w:rPr>
        <w:t>Numele, prenumele, gradul și titlul științific</w:t>
      </w:r>
      <w:r w:rsidRPr="0015166E">
        <w:rPr>
          <w:rFonts w:cs="Times New Roman"/>
          <w:sz w:val="24"/>
          <w:szCs w:val="24"/>
        </w:rPr>
        <w:t xml:space="preserve">   ______________ semnătura</w:t>
      </w:r>
    </w:p>
    <w:p w14:paraId="54D22225" w14:textId="77777777" w:rsidR="0015166E" w:rsidRPr="0015166E" w:rsidRDefault="0015166E">
      <w:pPr>
        <w:spacing w:after="60"/>
        <w:rPr>
          <w:rFonts w:cs="Times New Roman"/>
          <w:sz w:val="24"/>
          <w:szCs w:val="24"/>
        </w:rPr>
      </w:pPr>
    </w:p>
    <w:p w14:paraId="30796455" w14:textId="754AE222" w:rsidR="004957DD" w:rsidRPr="0015166E" w:rsidRDefault="00000000">
      <w:pPr>
        <w:spacing w:after="60"/>
        <w:rPr>
          <w:rFonts w:cs="Times New Roman"/>
          <w:sz w:val="24"/>
          <w:szCs w:val="24"/>
        </w:rPr>
      </w:pPr>
      <w:proofErr w:type="spellStart"/>
      <w:r w:rsidRPr="0015166E">
        <w:rPr>
          <w:rFonts w:cs="Times New Roman"/>
          <w:sz w:val="24"/>
          <w:szCs w:val="24"/>
        </w:rPr>
        <w:t>Studentul</w:t>
      </w:r>
      <w:proofErr w:type="spellEnd"/>
      <w:r w:rsidRPr="0015166E">
        <w:rPr>
          <w:rFonts w:cs="Times New Roman"/>
          <w:sz w:val="24"/>
          <w:szCs w:val="24"/>
        </w:rPr>
        <w:t xml:space="preserve">-doctorand:  </w:t>
      </w:r>
      <w:proofErr w:type="spellStart"/>
      <w:r w:rsidRPr="0015166E">
        <w:rPr>
          <w:rFonts w:cs="Times New Roman"/>
          <w:i/>
          <w:sz w:val="24"/>
          <w:szCs w:val="24"/>
        </w:rPr>
        <w:t>Numele</w:t>
      </w:r>
      <w:proofErr w:type="spellEnd"/>
      <w:r w:rsidRPr="0015166E">
        <w:rPr>
          <w:rFonts w:cs="Times New Roman"/>
          <w:i/>
          <w:sz w:val="24"/>
          <w:szCs w:val="24"/>
        </w:rPr>
        <w:t xml:space="preserve">, </w:t>
      </w:r>
      <w:proofErr w:type="spellStart"/>
      <w:r w:rsidRPr="0015166E">
        <w:rPr>
          <w:rFonts w:cs="Times New Roman"/>
          <w:i/>
          <w:sz w:val="24"/>
          <w:szCs w:val="24"/>
        </w:rPr>
        <w:t>prenumele</w:t>
      </w:r>
      <w:proofErr w:type="spellEnd"/>
      <w:r w:rsidRPr="0015166E">
        <w:rPr>
          <w:rFonts w:cs="Times New Roman"/>
          <w:sz w:val="24"/>
          <w:szCs w:val="24"/>
        </w:rPr>
        <w:t xml:space="preserve">   ______________ semnătura</w:t>
      </w:r>
    </w:p>
    <w:sectPr w:rsidR="004957DD" w:rsidRPr="0015166E" w:rsidSect="00034616">
      <w:headerReference w:type="default" r:id="rId8"/>
      <w:footerReference w:type="even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052D1" w14:textId="77777777" w:rsidR="00C13D6E" w:rsidRDefault="00C13D6E">
      <w:pPr>
        <w:spacing w:after="0" w:line="240" w:lineRule="auto"/>
      </w:pPr>
      <w:r>
        <w:separator/>
      </w:r>
    </w:p>
  </w:endnote>
  <w:endnote w:type="continuationSeparator" w:id="0">
    <w:p w14:paraId="3894FCF1" w14:textId="77777777" w:rsidR="00C13D6E" w:rsidRDefault="00C13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3731683"/>
      <w:docPartObj>
        <w:docPartGallery w:val="Page Numbers (Bottom of Page)"/>
        <w:docPartUnique/>
      </w:docPartObj>
    </w:sdtPr>
    <w:sdtContent>
      <w:p w14:paraId="429377E1" w14:textId="54C0BE35" w:rsidR="0015166E" w:rsidRDefault="0015166E" w:rsidP="004726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2F02A4C" w14:textId="77777777" w:rsidR="0015166E" w:rsidRDefault="001516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88640608"/>
      <w:docPartObj>
        <w:docPartGallery w:val="Page Numbers (Bottom of Page)"/>
        <w:docPartUnique/>
      </w:docPartObj>
    </w:sdtPr>
    <w:sdtContent>
      <w:p w14:paraId="5D6821C1" w14:textId="37B00545" w:rsidR="0015166E" w:rsidRDefault="0015166E" w:rsidP="004726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4F572660" w14:textId="77777777" w:rsidR="0015166E" w:rsidRDefault="00151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F6156" w14:textId="77777777" w:rsidR="00C13D6E" w:rsidRDefault="00C13D6E">
      <w:pPr>
        <w:spacing w:after="0" w:line="240" w:lineRule="auto"/>
      </w:pPr>
      <w:r>
        <w:separator/>
      </w:r>
    </w:p>
  </w:footnote>
  <w:footnote w:type="continuationSeparator" w:id="0">
    <w:p w14:paraId="2B5C5EB3" w14:textId="77777777" w:rsidR="00C13D6E" w:rsidRDefault="00C13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EA37" w14:textId="77777777" w:rsidR="004957DD" w:rsidRDefault="004957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4625876">
    <w:abstractNumId w:val="8"/>
  </w:num>
  <w:num w:numId="2" w16cid:durableId="972758789">
    <w:abstractNumId w:val="6"/>
  </w:num>
  <w:num w:numId="3" w16cid:durableId="252322360">
    <w:abstractNumId w:val="5"/>
  </w:num>
  <w:num w:numId="4" w16cid:durableId="1607804620">
    <w:abstractNumId w:val="4"/>
  </w:num>
  <w:num w:numId="5" w16cid:durableId="203371429">
    <w:abstractNumId w:val="7"/>
  </w:num>
  <w:num w:numId="6" w16cid:durableId="378674647">
    <w:abstractNumId w:val="3"/>
  </w:num>
  <w:num w:numId="7" w16cid:durableId="700589615">
    <w:abstractNumId w:val="2"/>
  </w:num>
  <w:num w:numId="8" w16cid:durableId="439224822">
    <w:abstractNumId w:val="1"/>
  </w:num>
  <w:num w:numId="9" w16cid:durableId="1568759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66E"/>
    <w:rsid w:val="0029639D"/>
    <w:rsid w:val="00326F90"/>
    <w:rsid w:val="004957DD"/>
    <w:rsid w:val="00AA1D8D"/>
    <w:rsid w:val="00B47730"/>
    <w:rsid w:val="00C13D6E"/>
    <w:rsid w:val="00CB0664"/>
    <w:rsid w:val="00F910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AD5765"/>
  <w14:defaultImageDpi w14:val="300"/>
  <w15:docId w15:val="{015E44FA-304E-ED4C-AFCC-74730DD3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151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1431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Rodica Siminiuc</cp:lastModifiedBy>
  <cp:revision>2</cp:revision>
  <dcterms:created xsi:type="dcterms:W3CDTF">2013-12-23T23:15:00Z</dcterms:created>
  <dcterms:modified xsi:type="dcterms:W3CDTF">2026-10-02T06:24:00Z</dcterms:modified>
  <cp:category/>
</cp:coreProperties>
</file>